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4939"/>
        <w:gridCol w:w="4939"/>
      </w:tblGrid>
      <w:tr w:rsidR="00D85848" w:rsidRPr="007F2160" w14:paraId="48584895" w14:textId="77777777">
        <w:tc>
          <w:tcPr>
            <w:tcW w:w="4939" w:type="dxa"/>
            <w:tcBorders>
              <w:top w:val="nil"/>
              <w:left w:val="nil"/>
              <w:bottom w:val="nil"/>
              <w:right w:val="nil"/>
            </w:tcBorders>
          </w:tcPr>
          <w:p w14:paraId="5BBE716F" w14:textId="77777777" w:rsidR="00D85848" w:rsidRPr="007F2160" w:rsidRDefault="00D85848">
            <w:pPr>
              <w:rPr>
                <w:rFonts w:ascii="Arial Nova" w:hAnsi="Arial Nova"/>
              </w:rPr>
            </w:pPr>
          </w:p>
        </w:tc>
        <w:tc>
          <w:tcPr>
            <w:tcW w:w="4939" w:type="dxa"/>
            <w:tcBorders>
              <w:top w:val="nil"/>
              <w:left w:val="nil"/>
              <w:bottom w:val="nil"/>
              <w:right w:val="nil"/>
            </w:tcBorders>
          </w:tcPr>
          <w:p w14:paraId="341297DA" w14:textId="77777777" w:rsidR="00D85848" w:rsidRPr="007F2160" w:rsidRDefault="001D6B23">
            <w:pPr>
              <w:jc w:val="right"/>
              <w:rPr>
                <w:rFonts w:ascii="Arial Nova" w:hAnsi="Arial Nova"/>
              </w:rPr>
            </w:pPr>
            <w:r w:rsidRPr="007F2160">
              <w:rPr>
                <w:rFonts w:ascii="Arial Nova" w:hAnsi="Arial Nova"/>
                <w:noProof/>
              </w:rPr>
              <w:drawing>
                <wp:inline distT="0" distB="0" distL="0" distR="0" wp14:anchorId="24F029A9" wp14:editId="2C7AFA2F">
                  <wp:extent cx="1691640" cy="5705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wgc-logo.png"/>
                          <pic:cNvPicPr/>
                        </pic:nvPicPr>
                        <pic:blipFill>
                          <a:blip r:embed="rId11"/>
                          <a:stretch>
                            <a:fillRect/>
                          </a:stretch>
                        </pic:blipFill>
                        <pic:spPr>
                          <a:xfrm>
                            <a:off x="0" y="0"/>
                            <a:ext cx="1691640" cy="570514"/>
                          </a:xfrm>
                          <a:prstGeom prst="rect">
                            <a:avLst/>
                          </a:prstGeom>
                        </pic:spPr>
                      </pic:pic>
                    </a:graphicData>
                  </a:graphic>
                </wp:inline>
              </w:drawing>
            </w:r>
          </w:p>
        </w:tc>
      </w:tr>
    </w:tbl>
    <w:p w14:paraId="7DE5536B" w14:textId="77777777" w:rsidR="00D85848" w:rsidRPr="007F2160" w:rsidRDefault="00D85848">
      <w:pPr>
        <w:spacing w:after="0"/>
        <w:rPr>
          <w:rFonts w:ascii="Arial Nova" w:hAnsi="Arial Nova"/>
        </w:rPr>
      </w:pPr>
    </w:p>
    <w:p w14:paraId="61BE2129" w14:textId="77777777" w:rsidR="00D85848" w:rsidRPr="007F2160" w:rsidRDefault="00D85848">
      <w:pPr>
        <w:spacing w:after="0"/>
        <w:rPr>
          <w:rFonts w:ascii="Arial Nova" w:hAnsi="Arial Nova"/>
        </w:rPr>
      </w:pPr>
    </w:p>
    <w:p w14:paraId="560B144F" w14:textId="77777777" w:rsidR="00D85848" w:rsidRPr="007F2160" w:rsidRDefault="00D85848">
      <w:pPr>
        <w:spacing w:after="0"/>
        <w:rPr>
          <w:rFonts w:ascii="Arial Nova" w:hAnsi="Arial Nova"/>
        </w:rPr>
      </w:pPr>
    </w:p>
    <w:p w14:paraId="0217028E" w14:textId="77777777" w:rsidR="00D85848" w:rsidRPr="007F2160" w:rsidRDefault="00D85848">
      <w:pPr>
        <w:spacing w:after="0"/>
        <w:rPr>
          <w:rFonts w:ascii="Arial Nova" w:hAnsi="Arial Nova"/>
        </w:rPr>
      </w:pPr>
    </w:p>
    <w:p w14:paraId="4C8C90F8" w14:textId="4CAD9F22" w:rsidR="007F2160" w:rsidRPr="007F2160" w:rsidRDefault="007F2160" w:rsidP="007F2160">
      <w:pPr>
        <w:pStyle w:val="Title"/>
        <w:spacing w:after="280"/>
        <w:rPr>
          <w:rFonts w:ascii="Arial Nova" w:eastAsia="Arial" w:hAnsi="Arial Nova"/>
          <w:b w:val="0"/>
          <w:bCs/>
          <w:color w:val="auto"/>
          <w:sz w:val="32"/>
          <w:szCs w:val="32"/>
        </w:rPr>
      </w:pPr>
    </w:p>
    <w:tbl>
      <w:tblPr>
        <w:tblpPr w:leftFromText="187" w:rightFromText="187" w:horzAnchor="margin" w:tblpXSpec="center" w:tblpY="2881"/>
        <w:tblW w:w="4000" w:type="pct"/>
        <w:tblBorders>
          <w:left w:val="single" w:sz="12" w:space="0" w:color="2E61FF"/>
        </w:tblBorders>
        <w:tblCellMar>
          <w:left w:w="144" w:type="dxa"/>
          <w:right w:w="115" w:type="dxa"/>
        </w:tblCellMar>
        <w:tblLook w:val="04A0" w:firstRow="1" w:lastRow="0" w:firstColumn="1" w:lastColumn="0" w:noHBand="0" w:noVBand="1"/>
      </w:tblPr>
      <w:tblGrid>
        <w:gridCol w:w="8086"/>
      </w:tblGrid>
      <w:tr w:rsidR="007F2160" w:rsidRPr="007F2160" w14:paraId="3780E042" w14:textId="77777777">
        <w:sdt>
          <w:sdtPr>
            <w:rPr>
              <w:rFonts w:ascii="Arial Nova" w:eastAsia="Arial Nova" w:hAnsi="Arial Nova" w:cs="Arial Nova"/>
              <w:color w:val="auto"/>
              <w:sz w:val="24"/>
              <w:szCs w:val="24"/>
            </w:rPr>
            <w:alias w:val="Company"/>
            <w:id w:val="13406915"/>
            <w:placeholder>
              <w:docPart w:val="1EE79FC15A554A9EA808FCDFA7C32769"/>
            </w:placeholder>
            <w:dataBinding w:prefixMappings="xmlns:ns0='http://schemas.openxmlformats.org/officeDocument/2006/extended-properties'" w:xpath="/ns0:Properties[1]/ns0:Company[1]" w:storeItemID="{6668398D-A668-4E3E-A5EB-62B293D839F1}"/>
            <w:text/>
          </w:sdtPr>
          <w:sdtContent>
            <w:tc>
              <w:tcPr>
                <w:tcW w:w="7672" w:type="dxa"/>
                <w:tcMar>
                  <w:top w:w="216" w:type="dxa"/>
                  <w:left w:w="115" w:type="dxa"/>
                  <w:bottom w:w="216" w:type="dxa"/>
                  <w:right w:w="115" w:type="dxa"/>
                </w:tcMar>
              </w:tcPr>
              <w:p w14:paraId="47A246BF" w14:textId="4025E23E" w:rsidR="007F2160" w:rsidRPr="007F2160" w:rsidRDefault="007F2160" w:rsidP="007F2160">
                <w:pPr>
                  <w:spacing w:after="0" w:line="240" w:lineRule="auto"/>
                  <w:rPr>
                    <w:rFonts w:ascii="Arial Nova" w:eastAsia="Arial Nova" w:hAnsi="Arial Nova" w:cs="Arial Nova"/>
                    <w:color w:val="0036E1"/>
                    <w:sz w:val="24"/>
                    <w:szCs w:val="24"/>
                  </w:rPr>
                </w:pPr>
                <w:r w:rsidRPr="007F2160">
                  <w:rPr>
                    <w:rFonts w:ascii="Arial Nova" w:eastAsia="Arial Nova" w:hAnsi="Arial Nova" w:cs="Arial Nova"/>
                    <w:color w:val="auto"/>
                    <w:sz w:val="24"/>
                    <w:szCs w:val="24"/>
                  </w:rPr>
                  <w:t>United Way of Greater Cincinnati</w:t>
                </w:r>
              </w:p>
            </w:tc>
          </w:sdtContent>
        </w:sdt>
      </w:tr>
      <w:tr w:rsidR="007F2160" w:rsidRPr="007F2160" w14:paraId="2B717395" w14:textId="77777777">
        <w:tc>
          <w:tcPr>
            <w:tcW w:w="7672" w:type="dxa"/>
          </w:tcPr>
          <w:sdt>
            <w:sdtPr>
              <w:rPr>
                <w:rFonts w:ascii="Arial Nova" w:eastAsia="Arial Nova" w:hAnsi="Arial Nova" w:cs="Arial Nova"/>
                <w:b/>
                <w:bCs/>
                <w:color w:val="2E61FF"/>
                <w:sz w:val="88"/>
                <w:szCs w:val="88"/>
              </w:rPr>
              <w:alias w:val="Title"/>
              <w:id w:val="13406919"/>
              <w:placeholder>
                <w:docPart w:val="E71C1EBB63D74289A19D886053941AB3"/>
              </w:placeholder>
              <w:dataBinding w:prefixMappings="xmlns:ns0='http://schemas.openxmlformats.org/package/2006/metadata/core-properties' xmlns:ns1='http://purl.org/dc/elements/1.1/'" w:xpath="/ns0:coreProperties[1]/ns1:title[1]" w:storeItemID="{6C3C8BC8-F283-45AE-878A-BAB7291924A1}"/>
              <w:text/>
            </w:sdtPr>
            <w:sdtContent>
              <w:p w14:paraId="662819C4" w14:textId="019EE67D" w:rsidR="007F2160" w:rsidRPr="007F2160" w:rsidRDefault="007F2160" w:rsidP="007F2160">
                <w:pPr>
                  <w:spacing w:after="0" w:line="216" w:lineRule="auto"/>
                  <w:rPr>
                    <w:rFonts w:ascii="Arial Nova" w:eastAsia="Arial Nova" w:hAnsi="Arial Nova" w:cs="Arial Nova"/>
                    <w:color w:val="2E61FF"/>
                    <w:sz w:val="88"/>
                    <w:szCs w:val="88"/>
                  </w:rPr>
                </w:pPr>
                <w:r w:rsidRPr="00E121DD">
                  <w:rPr>
                    <w:rFonts w:ascii="Arial Nova" w:eastAsia="Arial Nova" w:hAnsi="Arial Nova" w:cs="Arial Nova"/>
                    <w:b/>
                    <w:bCs/>
                    <w:color w:val="2E61FF"/>
                    <w:sz w:val="88"/>
                    <w:szCs w:val="88"/>
                  </w:rPr>
                  <w:t>Emerging Priorities Fund</w:t>
                </w:r>
                <w:r w:rsidR="009A2CEC" w:rsidRPr="00E121DD">
                  <w:rPr>
                    <w:rFonts w:ascii="Arial Nova" w:eastAsia="Arial Nova" w:hAnsi="Arial Nova" w:cs="Arial Nova"/>
                    <w:b/>
                    <w:bCs/>
                    <w:color w:val="2E61FF"/>
                    <w:sz w:val="88"/>
                    <w:szCs w:val="88"/>
                  </w:rPr>
                  <w:t xml:space="preserve"> Fall 2026</w:t>
                </w:r>
              </w:p>
            </w:sdtContent>
          </w:sdt>
        </w:tc>
      </w:tr>
      <w:tr w:rsidR="007F2160" w:rsidRPr="007F2160" w14:paraId="596B2DBB" w14:textId="77777777">
        <w:tc>
          <w:tcPr>
            <w:tcW w:w="7672" w:type="dxa"/>
            <w:tcMar>
              <w:top w:w="216" w:type="dxa"/>
              <w:left w:w="115" w:type="dxa"/>
              <w:bottom w:w="216" w:type="dxa"/>
              <w:right w:w="115" w:type="dxa"/>
            </w:tcMar>
          </w:tcPr>
          <w:p w14:paraId="3A6BECE0" w14:textId="3E398969" w:rsidR="007F2160" w:rsidRPr="007F2160" w:rsidRDefault="007F2160" w:rsidP="007F2160">
            <w:pPr>
              <w:spacing w:after="0" w:line="240" w:lineRule="auto"/>
              <w:rPr>
                <w:rFonts w:ascii="Arial Nova" w:eastAsia="Arial Nova" w:hAnsi="Arial Nova" w:cs="Arial Nova"/>
                <w:i/>
                <w:iCs/>
                <w:color w:val="0036E1"/>
                <w:sz w:val="24"/>
                <w:szCs w:val="24"/>
              </w:rPr>
            </w:pPr>
            <w:r w:rsidRPr="007F2160">
              <w:rPr>
                <w:rFonts w:ascii="Arial Nova" w:eastAsia="Arial Nova" w:hAnsi="Arial Nova" w:cs="Arial Nova"/>
                <w:i/>
                <w:iCs/>
                <w:color w:val="auto"/>
                <w:sz w:val="24"/>
                <w:szCs w:val="24"/>
              </w:rPr>
              <w:t>Request for Proposal</w:t>
            </w:r>
            <w:r w:rsidR="0013647F">
              <w:rPr>
                <w:rFonts w:ascii="Arial Nova" w:eastAsia="Arial Nova" w:hAnsi="Arial Nova" w:cs="Arial Nova"/>
                <w:i/>
                <w:iCs/>
                <w:color w:val="auto"/>
                <w:sz w:val="24"/>
                <w:szCs w:val="24"/>
              </w:rPr>
              <w:t>s</w:t>
            </w:r>
            <w:r w:rsidRPr="007F2160">
              <w:rPr>
                <w:rFonts w:ascii="Arial Nova" w:eastAsia="Arial Nova" w:hAnsi="Arial Nova" w:cs="Arial Nova"/>
                <w:i/>
                <w:iCs/>
                <w:color w:val="auto"/>
                <w:sz w:val="24"/>
                <w:szCs w:val="24"/>
              </w:rPr>
              <w:t xml:space="preserve"> Application Questions</w:t>
            </w:r>
          </w:p>
        </w:tc>
      </w:tr>
    </w:tbl>
    <w:p w14:paraId="5659E5AA" w14:textId="0BB63107" w:rsidR="00DC69FB" w:rsidRPr="00DC69FB" w:rsidRDefault="00DC69FB" w:rsidP="00DC69FB">
      <w:pPr>
        <w:spacing w:after="0"/>
        <w:rPr>
          <w:rFonts w:ascii="Arial Nova" w:hAnsi="Arial Nova"/>
        </w:rPr>
      </w:pPr>
    </w:p>
    <w:p w14:paraId="05C5C7AF" w14:textId="7EB2D2AA" w:rsidR="00D85848" w:rsidRPr="00DC69FB" w:rsidRDefault="007F2160" w:rsidP="00DC69FB">
      <w:pPr>
        <w:rPr>
          <w:noProof/>
        </w:rPr>
      </w:pPr>
      <w:r>
        <w:rPr>
          <w:rFonts w:ascii="Arial Nova" w:hAnsi="Arial Nova"/>
        </w:rPr>
        <w:br w:type="page"/>
      </w:r>
    </w:p>
    <w:p w14:paraId="43647861" w14:textId="77777777" w:rsidR="00D85848" w:rsidRPr="001D43E6" w:rsidRDefault="001D6B23">
      <w:pPr>
        <w:pStyle w:val="Heading1"/>
        <w:spacing w:before="240" w:after="120"/>
        <w:rPr>
          <w:rFonts w:ascii="Arial Nova" w:hAnsi="Arial Nova"/>
          <w:sz w:val="28"/>
          <w:szCs w:val="20"/>
        </w:rPr>
      </w:pPr>
      <w:bookmarkStart w:id="0" w:name="_Toc242453355"/>
      <w:r w:rsidRPr="001D43E6">
        <w:rPr>
          <w:rFonts w:ascii="Arial Nova" w:eastAsia="Arial" w:hAnsi="Arial Nova"/>
          <w:sz w:val="28"/>
          <w:szCs w:val="20"/>
        </w:rPr>
        <w:t>Funding Opportunity Overview</w:t>
      </w:r>
      <w:bookmarkEnd w:id="0"/>
    </w:p>
    <w:p w14:paraId="006AF8FC" w14:textId="77777777" w:rsidR="00D85848" w:rsidRPr="001D43E6" w:rsidRDefault="001D6B23">
      <w:pPr>
        <w:keepLines/>
        <w:rPr>
          <w:rFonts w:ascii="Arial Nova" w:hAnsi="Arial Nova"/>
          <w:sz w:val="22"/>
          <w:szCs w:val="24"/>
        </w:rPr>
      </w:pPr>
      <w:r w:rsidRPr="001D43E6">
        <w:rPr>
          <w:rFonts w:ascii="Arial Nova" w:hAnsi="Arial Nova"/>
          <w:sz w:val="22"/>
          <w:szCs w:val="24"/>
        </w:rPr>
        <w:t>United Way of Greater Cincinnati invites eligible organizations to apply to the Emerging Priorities Fund, a competitive funding opportunity designed to address specific emerging challenges that are creating barriers to family stability and progress.</w:t>
      </w:r>
    </w:p>
    <w:p w14:paraId="22DE8390" w14:textId="77777777" w:rsidR="00D85848" w:rsidRPr="001D43E6" w:rsidRDefault="001D6B23">
      <w:pPr>
        <w:keepLines/>
        <w:rPr>
          <w:rFonts w:ascii="Arial Nova" w:hAnsi="Arial Nova"/>
          <w:sz w:val="22"/>
        </w:rPr>
      </w:pPr>
      <w:r w:rsidRPr="672F5DD4">
        <w:rPr>
          <w:rFonts w:ascii="Arial Nova" w:hAnsi="Arial Nova"/>
          <w:sz w:val="22"/>
        </w:rPr>
        <w:t xml:space="preserve">By </w:t>
      </w:r>
      <w:bookmarkStart w:id="1" w:name="_Int_Wi5YPSgV"/>
      <w:r w:rsidRPr="672F5DD4">
        <w:rPr>
          <w:rFonts w:ascii="Arial Nova" w:hAnsi="Arial Nova"/>
          <w:sz w:val="22"/>
        </w:rPr>
        <w:t>concentrating</w:t>
      </w:r>
      <w:bookmarkEnd w:id="1"/>
      <w:r w:rsidRPr="672F5DD4">
        <w:rPr>
          <w:rFonts w:ascii="Arial Nova" w:hAnsi="Arial Nova"/>
          <w:sz w:val="22"/>
        </w:rPr>
        <w:t xml:space="preserve"> resources around defined priorities within United Way's impact areas, the fund will help partners respond to immediate needs while strengthening how our community works together. Funding will support specific responses within organizations' existing work and encourage greater use of shared resources, tools, </w:t>
      </w:r>
      <w:bookmarkStart w:id="2" w:name="_Int_eSHzpsSU"/>
      <w:r w:rsidRPr="672F5DD4">
        <w:rPr>
          <w:rFonts w:ascii="Arial Nova" w:hAnsi="Arial Nova"/>
          <w:sz w:val="22"/>
        </w:rPr>
        <w:t>expertise</w:t>
      </w:r>
      <w:bookmarkEnd w:id="2"/>
      <w:r w:rsidRPr="672F5DD4">
        <w:rPr>
          <w:rFonts w:ascii="Arial Nova" w:hAnsi="Arial Nova"/>
          <w:sz w:val="22"/>
        </w:rPr>
        <w:t xml:space="preserve"> and partnerships.</w:t>
      </w:r>
    </w:p>
    <w:p w14:paraId="4D69DEA4" w14:textId="77777777" w:rsidR="00D85848" w:rsidRPr="007F2160" w:rsidRDefault="001D6B23">
      <w:pPr>
        <w:pStyle w:val="Heading2"/>
        <w:spacing w:before="180" w:after="80"/>
        <w:rPr>
          <w:rFonts w:ascii="Arial Nova" w:hAnsi="Arial Nova"/>
        </w:rPr>
      </w:pPr>
      <w:bookmarkStart w:id="3" w:name="_Toc242453356"/>
      <w:r w:rsidRPr="007F2160">
        <w:rPr>
          <w:rFonts w:ascii="Arial Nova" w:eastAsia="Arial" w:hAnsi="Arial Nova"/>
        </w:rPr>
        <w:t>Funding at a Glance</w:t>
      </w:r>
      <w:bookmarkEnd w:id="3"/>
    </w:p>
    <w:tbl>
      <w:tblPr>
        <w:tblW w:w="0" w:type="auto"/>
        <w:jc w:val="center"/>
        <w:tblLayout w:type="fixed"/>
        <w:tblLook w:val="04A0" w:firstRow="1" w:lastRow="0" w:firstColumn="1" w:lastColumn="0" w:noHBand="0" w:noVBand="1"/>
      </w:tblPr>
      <w:tblGrid>
        <w:gridCol w:w="2376"/>
        <w:gridCol w:w="7200"/>
      </w:tblGrid>
      <w:tr w:rsidR="00D85848" w:rsidRPr="007F2160" w14:paraId="4068D392" w14:textId="77777777" w:rsidTr="329EE549">
        <w:trPr>
          <w:cantSplit/>
          <w:trHeight w:val="155"/>
          <w:tblHeader/>
          <w:jc w:val="center"/>
        </w:trPr>
        <w:tc>
          <w:tcPr>
            <w:tcW w:w="2376"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153E7E"/>
            <w:tcMar>
              <w:top w:w="110" w:type="dxa"/>
              <w:left w:w="120" w:type="dxa"/>
              <w:bottom w:w="110" w:type="dxa"/>
              <w:right w:w="120" w:type="dxa"/>
            </w:tcMar>
            <w:vAlign w:val="center"/>
          </w:tcPr>
          <w:p w14:paraId="718F08D0" w14:textId="77777777" w:rsidR="00D85848" w:rsidRPr="001D43E6" w:rsidRDefault="001D6B23">
            <w:pPr>
              <w:spacing w:after="0"/>
              <w:rPr>
                <w:rFonts w:ascii="Arial Nova" w:hAnsi="Arial Nova"/>
                <w:sz w:val="22"/>
                <w:szCs w:val="28"/>
              </w:rPr>
            </w:pPr>
            <w:r w:rsidRPr="001D43E6">
              <w:rPr>
                <w:rFonts w:ascii="Arial Nova" w:hAnsi="Arial Nova"/>
                <w:b/>
                <w:color w:val="FFFFFF"/>
                <w:sz w:val="22"/>
                <w:szCs w:val="28"/>
              </w:rPr>
              <w:t>Item</w:t>
            </w:r>
          </w:p>
        </w:tc>
        <w:tc>
          <w:tcPr>
            <w:tcW w:w="7200"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153E7E"/>
            <w:tcMar>
              <w:top w:w="110" w:type="dxa"/>
              <w:left w:w="120" w:type="dxa"/>
              <w:bottom w:w="110" w:type="dxa"/>
              <w:right w:w="120" w:type="dxa"/>
            </w:tcMar>
            <w:vAlign w:val="center"/>
          </w:tcPr>
          <w:p w14:paraId="175203CF" w14:textId="77777777" w:rsidR="00D85848" w:rsidRPr="001D43E6" w:rsidRDefault="001D6B23">
            <w:pPr>
              <w:spacing w:after="0"/>
              <w:rPr>
                <w:rFonts w:ascii="Arial Nova" w:hAnsi="Arial Nova"/>
                <w:sz w:val="22"/>
                <w:szCs w:val="28"/>
              </w:rPr>
            </w:pPr>
            <w:r w:rsidRPr="001D43E6">
              <w:rPr>
                <w:rFonts w:ascii="Arial Nova" w:hAnsi="Arial Nova"/>
                <w:b/>
                <w:color w:val="FFFFFF"/>
                <w:sz w:val="22"/>
                <w:szCs w:val="28"/>
              </w:rPr>
              <w:t>Details</w:t>
            </w:r>
          </w:p>
        </w:tc>
      </w:tr>
      <w:tr w:rsidR="00D85848" w:rsidRPr="007F2160" w14:paraId="6D8FBC85" w14:textId="77777777" w:rsidTr="329EE549">
        <w:trPr>
          <w:cantSplit/>
          <w:jc w:val="center"/>
        </w:trPr>
        <w:tc>
          <w:tcPr>
            <w:tcW w:w="2376"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10896ACC" w14:textId="77777777" w:rsidR="00D85848" w:rsidRPr="001D43E6" w:rsidRDefault="001D6B23">
            <w:pPr>
              <w:spacing w:after="0" w:line="247" w:lineRule="auto"/>
              <w:rPr>
                <w:rFonts w:ascii="Arial Nova" w:hAnsi="Arial Nova"/>
                <w:sz w:val="22"/>
                <w:szCs w:val="28"/>
              </w:rPr>
            </w:pPr>
            <w:r w:rsidRPr="001D43E6">
              <w:rPr>
                <w:rFonts w:ascii="Arial Nova" w:hAnsi="Arial Nova"/>
                <w:sz w:val="22"/>
                <w:szCs w:val="28"/>
              </w:rPr>
              <w:t>Total funding</w:t>
            </w:r>
          </w:p>
        </w:tc>
        <w:tc>
          <w:tcPr>
            <w:tcW w:w="7200"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02D2D706" w14:textId="77777777" w:rsidR="00D85848" w:rsidRPr="001D43E6" w:rsidRDefault="001D6B23" w:rsidP="008702CE">
            <w:pPr>
              <w:spacing w:after="0" w:line="240" w:lineRule="auto"/>
              <w:rPr>
                <w:rFonts w:ascii="Arial Nova" w:hAnsi="Arial Nova"/>
                <w:sz w:val="22"/>
                <w:szCs w:val="28"/>
              </w:rPr>
            </w:pPr>
            <w:r w:rsidRPr="001D43E6">
              <w:rPr>
                <w:rFonts w:ascii="Arial Nova" w:hAnsi="Arial Nova"/>
                <w:sz w:val="22"/>
                <w:szCs w:val="28"/>
              </w:rPr>
              <w:t>$2.25 million</w:t>
            </w:r>
          </w:p>
        </w:tc>
      </w:tr>
      <w:tr w:rsidR="00D85848" w:rsidRPr="007F2160" w14:paraId="63566078" w14:textId="77777777" w:rsidTr="329EE549">
        <w:trPr>
          <w:cantSplit/>
          <w:jc w:val="center"/>
        </w:trPr>
        <w:tc>
          <w:tcPr>
            <w:tcW w:w="2376"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3E403520" w14:textId="77777777" w:rsidR="00D85848" w:rsidRPr="001D43E6" w:rsidRDefault="001D6B23">
            <w:pPr>
              <w:spacing w:after="0" w:line="247" w:lineRule="auto"/>
              <w:rPr>
                <w:rFonts w:ascii="Arial Nova" w:hAnsi="Arial Nova"/>
                <w:sz w:val="22"/>
                <w:szCs w:val="28"/>
              </w:rPr>
            </w:pPr>
            <w:r w:rsidRPr="001D43E6">
              <w:rPr>
                <w:rFonts w:ascii="Arial Nova" w:hAnsi="Arial Nova"/>
                <w:sz w:val="22"/>
                <w:szCs w:val="28"/>
              </w:rPr>
              <w:t>Priority allocations</w:t>
            </w:r>
          </w:p>
        </w:tc>
        <w:tc>
          <w:tcPr>
            <w:tcW w:w="7200"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4042F24E" w14:textId="77777777" w:rsidR="00D85848" w:rsidRPr="001D43E6" w:rsidRDefault="001D6B23" w:rsidP="008702CE">
            <w:pPr>
              <w:spacing w:after="0" w:line="240" w:lineRule="auto"/>
              <w:rPr>
                <w:rFonts w:ascii="Arial Nova" w:hAnsi="Arial Nova"/>
                <w:sz w:val="22"/>
                <w:szCs w:val="28"/>
              </w:rPr>
            </w:pPr>
            <w:r w:rsidRPr="001D43E6">
              <w:rPr>
                <w:rFonts w:ascii="Arial Nova" w:hAnsi="Arial Nova"/>
                <w:sz w:val="22"/>
                <w:szCs w:val="28"/>
              </w:rPr>
              <w:t>$750,000 each for Educational Success, Financial Empowerment and Housing Security</w:t>
            </w:r>
          </w:p>
        </w:tc>
      </w:tr>
      <w:tr w:rsidR="00D85848" w:rsidRPr="007F2160" w14:paraId="50FEF1E8" w14:textId="77777777" w:rsidTr="329EE549">
        <w:trPr>
          <w:cantSplit/>
          <w:jc w:val="center"/>
        </w:trPr>
        <w:tc>
          <w:tcPr>
            <w:tcW w:w="2376"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078A0078" w14:textId="77777777" w:rsidR="00D85848" w:rsidRPr="001D43E6" w:rsidRDefault="001D6B23">
            <w:pPr>
              <w:spacing w:after="0" w:line="247" w:lineRule="auto"/>
              <w:rPr>
                <w:rFonts w:ascii="Arial Nova" w:hAnsi="Arial Nova"/>
                <w:sz w:val="22"/>
                <w:szCs w:val="28"/>
              </w:rPr>
            </w:pPr>
            <w:r w:rsidRPr="001D43E6">
              <w:rPr>
                <w:rFonts w:ascii="Arial Nova" w:hAnsi="Arial Nova"/>
                <w:sz w:val="22"/>
                <w:szCs w:val="28"/>
              </w:rPr>
              <w:t>Request cap</w:t>
            </w:r>
          </w:p>
        </w:tc>
        <w:tc>
          <w:tcPr>
            <w:tcW w:w="7200"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5440B224" w14:textId="6B3A41F5" w:rsidR="00D85848" w:rsidRPr="001D43E6" w:rsidRDefault="00BC208E" w:rsidP="329EE549">
            <w:pPr>
              <w:spacing w:after="0" w:line="240" w:lineRule="auto"/>
              <w:rPr>
                <w:rFonts w:ascii="Arial Nova" w:hAnsi="Arial Nova"/>
                <w:sz w:val="22"/>
              </w:rPr>
            </w:pPr>
            <w:r w:rsidRPr="329EE549">
              <w:rPr>
                <w:rFonts w:ascii="Arial Nova" w:hAnsi="Arial Nova"/>
                <w:sz w:val="22"/>
              </w:rPr>
              <w:t>Requests</w:t>
            </w:r>
            <w:r w:rsidR="001D6B23" w:rsidRPr="329EE549">
              <w:rPr>
                <w:rFonts w:ascii="Arial Nova" w:hAnsi="Arial Nova"/>
                <w:sz w:val="22"/>
              </w:rPr>
              <w:t xml:space="preserve"> may not exceed 30% of </w:t>
            </w:r>
            <w:r w:rsidR="3677F235" w:rsidRPr="329EE549">
              <w:rPr>
                <w:rFonts w:ascii="Arial Nova" w:hAnsi="Arial Nova"/>
                <w:sz w:val="22"/>
              </w:rPr>
              <w:t>a program</w:t>
            </w:r>
            <w:r w:rsidR="55614539" w:rsidRPr="329EE549">
              <w:rPr>
                <w:rFonts w:ascii="Arial Nova" w:hAnsi="Arial Nova"/>
                <w:sz w:val="22"/>
              </w:rPr>
              <w:t xml:space="preserve"> or service's</w:t>
            </w:r>
            <w:r w:rsidR="3677F235" w:rsidRPr="329EE549">
              <w:rPr>
                <w:rFonts w:ascii="Arial Nova" w:hAnsi="Arial Nova"/>
                <w:sz w:val="22"/>
              </w:rPr>
              <w:t xml:space="preserve"> </w:t>
            </w:r>
            <w:r w:rsidR="001D6B23" w:rsidRPr="329EE549">
              <w:rPr>
                <w:rFonts w:ascii="Arial Nova" w:hAnsi="Arial Nova"/>
                <w:sz w:val="22"/>
              </w:rPr>
              <w:t>current annual budget</w:t>
            </w:r>
          </w:p>
        </w:tc>
      </w:tr>
      <w:tr w:rsidR="00D85848" w:rsidRPr="007F2160" w14:paraId="1A95F886" w14:textId="77777777" w:rsidTr="329EE549">
        <w:trPr>
          <w:cantSplit/>
          <w:jc w:val="center"/>
        </w:trPr>
        <w:tc>
          <w:tcPr>
            <w:tcW w:w="2376"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5F934186" w14:textId="77777777" w:rsidR="00D85848" w:rsidRPr="001D43E6" w:rsidRDefault="001D6B23">
            <w:pPr>
              <w:spacing w:after="0" w:line="247" w:lineRule="auto"/>
              <w:rPr>
                <w:rFonts w:ascii="Arial Nova" w:hAnsi="Arial Nova"/>
                <w:sz w:val="22"/>
                <w:szCs w:val="28"/>
              </w:rPr>
            </w:pPr>
            <w:r w:rsidRPr="001D43E6">
              <w:rPr>
                <w:rFonts w:ascii="Arial Nova" w:hAnsi="Arial Nova"/>
                <w:sz w:val="22"/>
                <w:szCs w:val="28"/>
              </w:rPr>
              <w:t>Project duration</w:t>
            </w:r>
          </w:p>
        </w:tc>
        <w:tc>
          <w:tcPr>
            <w:tcW w:w="7200"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2E9C1ED6" w14:textId="77777777" w:rsidR="00D85848" w:rsidRDefault="001D6B23" w:rsidP="008702CE">
            <w:pPr>
              <w:spacing w:after="0" w:line="240" w:lineRule="auto"/>
              <w:rPr>
                <w:rFonts w:ascii="Arial Nova" w:hAnsi="Arial Nova"/>
                <w:sz w:val="22"/>
                <w:szCs w:val="28"/>
              </w:rPr>
            </w:pPr>
            <w:r w:rsidRPr="001D43E6">
              <w:rPr>
                <w:rFonts w:ascii="Arial Nova" w:hAnsi="Arial Nova"/>
                <w:sz w:val="22"/>
                <w:szCs w:val="28"/>
              </w:rPr>
              <w:t>Ideally completed within six months; may take up to one year</w:t>
            </w:r>
          </w:p>
          <w:p w14:paraId="2F458F44" w14:textId="11C5A1B6" w:rsidR="00BC208E" w:rsidRPr="001D43E6" w:rsidRDefault="00BC208E" w:rsidP="008702CE">
            <w:pPr>
              <w:spacing w:after="0" w:line="240" w:lineRule="auto"/>
              <w:rPr>
                <w:rFonts w:ascii="Arial Nova" w:hAnsi="Arial Nova"/>
                <w:sz w:val="22"/>
                <w:szCs w:val="28"/>
              </w:rPr>
            </w:pPr>
            <w:r>
              <w:rPr>
                <w:rFonts w:ascii="Arial Nova" w:hAnsi="Arial Nova"/>
                <w:sz w:val="22"/>
                <w:szCs w:val="28"/>
              </w:rPr>
              <w:t>The grant cycle will begin on January 4, 2027</w:t>
            </w:r>
          </w:p>
        </w:tc>
      </w:tr>
      <w:tr w:rsidR="00D85848" w:rsidRPr="007F2160" w14:paraId="29C7C9BB" w14:textId="77777777" w:rsidTr="329EE549">
        <w:trPr>
          <w:cantSplit/>
          <w:trHeight w:val="281"/>
          <w:jc w:val="center"/>
        </w:trPr>
        <w:tc>
          <w:tcPr>
            <w:tcW w:w="2376"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066BF7D6" w14:textId="77777777" w:rsidR="00D85848" w:rsidRPr="001D43E6" w:rsidRDefault="001D6B23">
            <w:pPr>
              <w:spacing w:after="0" w:line="247" w:lineRule="auto"/>
              <w:rPr>
                <w:rFonts w:ascii="Arial Nova" w:hAnsi="Arial Nova"/>
                <w:sz w:val="22"/>
                <w:szCs w:val="28"/>
              </w:rPr>
            </w:pPr>
            <w:r w:rsidRPr="001D43E6">
              <w:rPr>
                <w:rFonts w:ascii="Arial Nova" w:hAnsi="Arial Nova"/>
                <w:sz w:val="22"/>
                <w:szCs w:val="28"/>
              </w:rPr>
              <w:t>Multiple proposals</w:t>
            </w:r>
          </w:p>
        </w:tc>
        <w:tc>
          <w:tcPr>
            <w:tcW w:w="7200"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770F8755" w14:textId="3E6AE6A2" w:rsidR="00D85848" w:rsidRPr="001D43E6" w:rsidRDefault="001D6B23" w:rsidP="008702CE">
            <w:pPr>
              <w:spacing w:after="0" w:line="240" w:lineRule="auto"/>
              <w:rPr>
                <w:rFonts w:ascii="Arial Nova" w:hAnsi="Arial Nova"/>
                <w:sz w:val="22"/>
              </w:rPr>
            </w:pPr>
            <w:r w:rsidRPr="672F5DD4">
              <w:rPr>
                <w:rFonts w:ascii="Arial Nova" w:hAnsi="Arial Nova"/>
                <w:sz w:val="22"/>
              </w:rPr>
              <w:t xml:space="preserve">Organizations may </w:t>
            </w:r>
            <w:r w:rsidR="00BC208E" w:rsidRPr="672F5DD4">
              <w:rPr>
                <w:rFonts w:ascii="Arial Nova" w:hAnsi="Arial Nova"/>
                <w:sz w:val="22"/>
              </w:rPr>
              <w:t xml:space="preserve">only submit </w:t>
            </w:r>
            <w:r w:rsidR="00BC208E" w:rsidRPr="672F5DD4">
              <w:rPr>
                <w:rFonts w:ascii="Arial Nova" w:hAnsi="Arial Nova"/>
                <w:b/>
                <w:bCs/>
                <w:sz w:val="22"/>
              </w:rPr>
              <w:t xml:space="preserve">one </w:t>
            </w:r>
            <w:r w:rsidR="00BC208E" w:rsidRPr="672F5DD4">
              <w:rPr>
                <w:rFonts w:ascii="Arial Nova" w:hAnsi="Arial Nova"/>
                <w:sz w:val="22"/>
              </w:rPr>
              <w:t>proposal per priority, but</w:t>
            </w:r>
            <w:r w:rsidRPr="672F5DD4">
              <w:rPr>
                <w:rFonts w:ascii="Arial Nova" w:hAnsi="Arial Nova"/>
                <w:sz w:val="22"/>
              </w:rPr>
              <w:t xml:space="preserve"> may receive funding under more than one priority</w:t>
            </w:r>
          </w:p>
        </w:tc>
      </w:tr>
      <w:tr w:rsidR="00D85848" w:rsidRPr="007F2160" w14:paraId="5788DA5C" w14:textId="77777777" w:rsidTr="329EE549">
        <w:trPr>
          <w:cantSplit/>
          <w:jc w:val="center"/>
        </w:trPr>
        <w:tc>
          <w:tcPr>
            <w:tcW w:w="2376"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7092DC87" w14:textId="77777777" w:rsidR="00D85848" w:rsidRPr="001D43E6" w:rsidRDefault="001D6B23">
            <w:pPr>
              <w:spacing w:after="0" w:line="247" w:lineRule="auto"/>
              <w:rPr>
                <w:rFonts w:ascii="Arial Nova" w:hAnsi="Arial Nova"/>
                <w:sz w:val="22"/>
                <w:szCs w:val="28"/>
              </w:rPr>
            </w:pPr>
            <w:r w:rsidRPr="001D43E6">
              <w:rPr>
                <w:rFonts w:ascii="Arial Nova" w:hAnsi="Arial Nova"/>
                <w:sz w:val="22"/>
                <w:szCs w:val="28"/>
              </w:rPr>
              <w:t>Application deadline</w:t>
            </w:r>
          </w:p>
        </w:tc>
        <w:tc>
          <w:tcPr>
            <w:tcW w:w="7200"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4D231FD4" w14:textId="5AB9432B" w:rsidR="00D85848" w:rsidRPr="001D43E6" w:rsidRDefault="001D6B23" w:rsidP="008702CE">
            <w:pPr>
              <w:spacing w:after="0" w:line="240" w:lineRule="auto"/>
              <w:rPr>
                <w:rFonts w:ascii="Arial Nova" w:hAnsi="Arial Nova"/>
                <w:sz w:val="22"/>
              </w:rPr>
            </w:pPr>
            <w:r w:rsidRPr="672F5DD4">
              <w:rPr>
                <w:rFonts w:ascii="Arial Nova" w:hAnsi="Arial Nova"/>
                <w:sz w:val="22"/>
              </w:rPr>
              <w:t>November 23, 2026 at 4:30 p.m. Eastern Time</w:t>
            </w:r>
            <w:r w:rsidR="151392D2" w:rsidRPr="672F5DD4">
              <w:rPr>
                <w:rFonts w:ascii="Arial Nova" w:hAnsi="Arial Nova"/>
                <w:sz w:val="22"/>
              </w:rPr>
              <w:t xml:space="preserve"> in </w:t>
            </w:r>
            <w:hyperlink r:id="rId12">
              <w:r w:rsidR="151392D2" w:rsidRPr="672F5DD4">
                <w:rPr>
                  <w:rStyle w:val="Hyperlink"/>
                </w:rPr>
                <w:t>Foundant</w:t>
              </w:r>
            </w:hyperlink>
          </w:p>
        </w:tc>
      </w:tr>
    </w:tbl>
    <w:p w14:paraId="54F033C1" w14:textId="77777777" w:rsidR="00D85848" w:rsidRPr="007F2160" w:rsidRDefault="001D6B23">
      <w:pPr>
        <w:pStyle w:val="Heading2"/>
        <w:spacing w:before="180" w:after="80"/>
        <w:rPr>
          <w:rFonts w:ascii="Arial Nova" w:hAnsi="Arial Nova"/>
        </w:rPr>
      </w:pPr>
      <w:bookmarkStart w:id="4" w:name="_Toc242453357"/>
      <w:r w:rsidRPr="007F2160">
        <w:rPr>
          <w:rFonts w:ascii="Arial Nova" w:eastAsia="Arial" w:hAnsi="Arial Nova"/>
        </w:rPr>
        <w:t>What Success Looks Like</w:t>
      </w:r>
      <w:bookmarkEnd w:id="4"/>
    </w:p>
    <w:p w14:paraId="33EC54F5" w14:textId="77777777" w:rsidR="00BC208E" w:rsidRDefault="001D6B23" w:rsidP="00BC208E">
      <w:pPr>
        <w:pStyle w:val="ListBullet"/>
        <w:keepLines/>
        <w:numPr>
          <w:ilvl w:val="0"/>
          <w:numId w:val="11"/>
        </w:numPr>
        <w:spacing w:after="60" w:line="252" w:lineRule="auto"/>
        <w:rPr>
          <w:rFonts w:ascii="Arial Nova" w:hAnsi="Arial Nova"/>
          <w:sz w:val="22"/>
          <w:szCs w:val="24"/>
        </w:rPr>
      </w:pPr>
      <w:r w:rsidRPr="00BC208E">
        <w:rPr>
          <w:rFonts w:ascii="Arial Nova" w:hAnsi="Arial Nova"/>
          <w:sz w:val="22"/>
          <w:szCs w:val="24"/>
        </w:rPr>
        <w:t>Families and individuals experience greater stability and make progress toward their goals.</w:t>
      </w:r>
    </w:p>
    <w:p w14:paraId="59A770F3" w14:textId="77777777" w:rsidR="00BC208E" w:rsidRDefault="00BC208E" w:rsidP="00BC208E">
      <w:pPr>
        <w:pStyle w:val="ListBullet"/>
        <w:keepLines/>
        <w:numPr>
          <w:ilvl w:val="0"/>
          <w:numId w:val="11"/>
        </w:numPr>
        <w:spacing w:after="60" w:line="252" w:lineRule="auto"/>
        <w:rPr>
          <w:rFonts w:ascii="Arial Nova" w:hAnsi="Arial Nova"/>
          <w:sz w:val="22"/>
          <w:szCs w:val="24"/>
        </w:rPr>
      </w:pPr>
      <w:r w:rsidRPr="00BC208E">
        <w:rPr>
          <w:rFonts w:ascii="Arial Nova" w:hAnsi="Arial Nova"/>
          <w:sz w:val="22"/>
          <w:szCs w:val="24"/>
        </w:rPr>
        <w:t>P</w:t>
      </w:r>
      <w:r w:rsidR="001D6B23" w:rsidRPr="00BC208E">
        <w:rPr>
          <w:rFonts w:ascii="Arial Nova" w:hAnsi="Arial Nova"/>
          <w:sz w:val="22"/>
          <w:szCs w:val="24"/>
        </w:rPr>
        <w:t>artners strengthen their ability to respond to emerging needs and work together.</w:t>
      </w:r>
    </w:p>
    <w:p w14:paraId="42D9BE1B" w14:textId="56CB8B2F" w:rsidR="00D85848" w:rsidRPr="00BC208E" w:rsidRDefault="001D6B23" w:rsidP="00BC208E">
      <w:pPr>
        <w:pStyle w:val="ListBullet"/>
        <w:keepLines/>
        <w:numPr>
          <w:ilvl w:val="0"/>
          <w:numId w:val="11"/>
        </w:numPr>
        <w:spacing w:after="60" w:line="252" w:lineRule="auto"/>
        <w:rPr>
          <w:rFonts w:ascii="Arial Nova" w:hAnsi="Arial Nova"/>
          <w:sz w:val="22"/>
          <w:szCs w:val="24"/>
        </w:rPr>
      </w:pPr>
      <w:r w:rsidRPr="00BC208E">
        <w:rPr>
          <w:rFonts w:ascii="Arial Nova" w:hAnsi="Arial Nova"/>
          <w:sz w:val="22"/>
          <w:szCs w:val="24"/>
        </w:rPr>
        <w:t>United Way and community partners gain practical insights that inform future investments and strategies.</w:t>
      </w:r>
    </w:p>
    <w:p w14:paraId="365EF730" w14:textId="77777777" w:rsidR="00D85848" w:rsidRDefault="001D6B23">
      <w:pPr>
        <w:pStyle w:val="Heading2"/>
        <w:spacing w:before="180" w:after="80"/>
        <w:rPr>
          <w:rFonts w:ascii="Arial Nova" w:eastAsia="Arial" w:hAnsi="Arial Nova"/>
        </w:rPr>
      </w:pPr>
      <w:bookmarkStart w:id="5" w:name="_Toc242453358"/>
      <w:r w:rsidRPr="007F2160">
        <w:rPr>
          <w:rFonts w:ascii="Arial Nova" w:eastAsia="Arial" w:hAnsi="Arial Nova"/>
        </w:rPr>
        <w:t>Funding Priorities</w:t>
      </w:r>
      <w:bookmarkEnd w:id="5"/>
    </w:p>
    <w:p w14:paraId="00F9F221" w14:textId="1E57255B" w:rsidR="00895CE5" w:rsidRPr="00895CE5" w:rsidRDefault="00570AF0" w:rsidP="00895CE5">
      <w:r w:rsidRPr="00570AF0">
        <w:t>United Way has identified three emerging priorities</w:t>
      </w:r>
      <w:r w:rsidR="008702CE">
        <w:t xml:space="preserve"> using insights on community need from partners and local data. </w:t>
      </w:r>
      <w:r w:rsidRPr="00570AF0">
        <w:t xml:space="preserve">Within each priority, United Way will select a group of investments that collectively address immediate needs while </w:t>
      </w:r>
      <w:r w:rsidR="008702CE">
        <w:t xml:space="preserve">seeking to learn how we can </w:t>
      </w:r>
      <w:r w:rsidRPr="00570AF0">
        <w:t>strengthen how organizations respond to those needs. This may include investments that directly serve more individuals and families, improve the effectiveness or efficiency of existing services, or strengthen the partnerships and resources that support a broader community response.</w:t>
      </w:r>
    </w:p>
    <w:p w14:paraId="5340C66F" w14:textId="77777777" w:rsidR="00BC208E" w:rsidRDefault="001D6B23" w:rsidP="00BC208E">
      <w:pPr>
        <w:pStyle w:val="ListBullet"/>
        <w:keepLines/>
        <w:numPr>
          <w:ilvl w:val="0"/>
          <w:numId w:val="12"/>
        </w:numPr>
        <w:spacing w:after="60" w:line="252" w:lineRule="auto"/>
        <w:rPr>
          <w:rFonts w:ascii="Arial Nova" w:hAnsi="Arial Nova"/>
          <w:sz w:val="22"/>
          <w:szCs w:val="24"/>
        </w:rPr>
      </w:pPr>
      <w:r w:rsidRPr="00BC208E">
        <w:rPr>
          <w:rFonts w:ascii="Arial Nova" w:hAnsi="Arial Nova"/>
          <w:b/>
          <w:sz w:val="22"/>
          <w:szCs w:val="24"/>
        </w:rPr>
        <w:t>Educational Success:</w:t>
      </w:r>
      <w:r w:rsidRPr="00BC208E">
        <w:rPr>
          <w:rFonts w:ascii="Arial Nova" w:hAnsi="Arial Nova"/>
          <w:sz w:val="22"/>
          <w:szCs w:val="24"/>
        </w:rPr>
        <w:t xml:space="preserve"> Strengthen early education providers' ability to respond to children's</w:t>
      </w:r>
      <w:r w:rsidR="00BC208E">
        <w:rPr>
          <w:rFonts w:ascii="Arial Nova" w:hAnsi="Arial Nova"/>
          <w:sz w:val="22"/>
          <w:szCs w:val="24"/>
        </w:rPr>
        <w:t xml:space="preserve"> </w:t>
      </w:r>
      <w:r w:rsidRPr="00BC208E">
        <w:rPr>
          <w:rFonts w:ascii="Arial Nova" w:hAnsi="Arial Nova"/>
          <w:sz w:val="22"/>
          <w:szCs w:val="24"/>
        </w:rPr>
        <w:t>behavioral and social-emotional needs.</w:t>
      </w:r>
    </w:p>
    <w:p w14:paraId="31688BB0" w14:textId="728D10D1" w:rsidR="00BC208E" w:rsidRDefault="001D6B23" w:rsidP="00BC208E">
      <w:pPr>
        <w:pStyle w:val="ListBullet"/>
        <w:keepLines/>
        <w:numPr>
          <w:ilvl w:val="0"/>
          <w:numId w:val="12"/>
        </w:numPr>
        <w:spacing w:after="60" w:line="252" w:lineRule="auto"/>
        <w:rPr>
          <w:rFonts w:ascii="Arial Nova" w:hAnsi="Arial Nova"/>
          <w:sz w:val="22"/>
          <w:szCs w:val="24"/>
        </w:rPr>
      </w:pPr>
      <w:r w:rsidRPr="00BC208E">
        <w:rPr>
          <w:rFonts w:ascii="Arial Nova" w:hAnsi="Arial Nova"/>
          <w:b/>
          <w:sz w:val="22"/>
          <w:szCs w:val="24"/>
        </w:rPr>
        <w:t>Financial Empowerment:</w:t>
      </w:r>
      <w:r w:rsidRPr="00BC208E">
        <w:rPr>
          <w:rFonts w:ascii="Arial Nova" w:hAnsi="Arial Nova"/>
          <w:sz w:val="22"/>
          <w:szCs w:val="24"/>
        </w:rPr>
        <w:t xml:space="preserve"> Strengthen the local food ecosystem's capacity to respond to increasing food needs</w:t>
      </w:r>
      <w:r w:rsidR="006C12D0">
        <w:rPr>
          <w:rFonts w:ascii="Arial Nova" w:hAnsi="Arial Nova"/>
          <w:sz w:val="22"/>
          <w:szCs w:val="24"/>
        </w:rPr>
        <w:t xml:space="preserve"> and costs</w:t>
      </w:r>
      <w:r w:rsidRPr="00BC208E">
        <w:rPr>
          <w:rFonts w:ascii="Arial Nova" w:hAnsi="Arial Nova"/>
          <w:sz w:val="22"/>
          <w:szCs w:val="24"/>
        </w:rPr>
        <w:t>.</w:t>
      </w:r>
    </w:p>
    <w:p w14:paraId="0BDBC526" w14:textId="3E6E881D" w:rsidR="00D85848" w:rsidRPr="00BC208E" w:rsidRDefault="001D6B23" w:rsidP="00BC208E">
      <w:pPr>
        <w:pStyle w:val="ListBullet"/>
        <w:keepLines/>
        <w:numPr>
          <w:ilvl w:val="0"/>
          <w:numId w:val="12"/>
        </w:numPr>
        <w:spacing w:after="60" w:line="252" w:lineRule="auto"/>
        <w:rPr>
          <w:rFonts w:ascii="Arial Nova" w:hAnsi="Arial Nova"/>
          <w:sz w:val="22"/>
          <w:szCs w:val="24"/>
        </w:rPr>
      </w:pPr>
      <w:r w:rsidRPr="00BC208E">
        <w:rPr>
          <w:rFonts w:ascii="Arial Nova" w:hAnsi="Arial Nova"/>
          <w:b/>
          <w:sz w:val="22"/>
          <w:szCs w:val="24"/>
        </w:rPr>
        <w:t>Housing Security:</w:t>
      </w:r>
      <w:r w:rsidRPr="00BC208E">
        <w:rPr>
          <w:rFonts w:ascii="Arial Nova" w:hAnsi="Arial Nova"/>
          <w:sz w:val="22"/>
          <w:szCs w:val="24"/>
        </w:rPr>
        <w:t xml:space="preserve"> Address housing barriers that could interrupt progress in another active program.</w:t>
      </w:r>
    </w:p>
    <w:p w14:paraId="0926E9FF" w14:textId="77777777" w:rsidR="00D85848" w:rsidRPr="007F2160" w:rsidRDefault="001D6B23">
      <w:pPr>
        <w:rPr>
          <w:rFonts w:ascii="Arial Nova" w:hAnsi="Arial Nova"/>
        </w:rPr>
      </w:pPr>
      <w:r w:rsidRPr="007F2160">
        <w:rPr>
          <w:rFonts w:ascii="Arial Nova" w:hAnsi="Arial Nova"/>
        </w:rPr>
        <w:br w:type="page"/>
      </w:r>
    </w:p>
    <w:p w14:paraId="34EB8F0A" w14:textId="77777777" w:rsidR="00D85848" w:rsidRPr="00BC208E" w:rsidRDefault="001D6B23">
      <w:pPr>
        <w:pStyle w:val="Heading1"/>
        <w:spacing w:before="240" w:after="120"/>
        <w:rPr>
          <w:rFonts w:ascii="Arial Nova" w:hAnsi="Arial Nova"/>
          <w:sz w:val="28"/>
          <w:szCs w:val="20"/>
        </w:rPr>
      </w:pPr>
      <w:bookmarkStart w:id="6" w:name="_Toc242453359"/>
      <w:r w:rsidRPr="00BC208E">
        <w:rPr>
          <w:rFonts w:ascii="Arial Nova" w:eastAsia="Arial" w:hAnsi="Arial Nova"/>
          <w:sz w:val="28"/>
          <w:szCs w:val="20"/>
        </w:rPr>
        <w:t>Eligibility Requirements</w:t>
      </w:r>
      <w:bookmarkEnd w:id="6"/>
    </w:p>
    <w:p w14:paraId="4BDB3D56" w14:textId="5F144DD9" w:rsidR="00D85848" w:rsidRPr="00BC208E" w:rsidRDefault="001D6B23">
      <w:pPr>
        <w:keepLines/>
        <w:rPr>
          <w:rFonts w:ascii="Arial Nova" w:hAnsi="Arial Nova"/>
          <w:sz w:val="22"/>
        </w:rPr>
      </w:pPr>
      <w:r w:rsidRPr="00BC208E">
        <w:rPr>
          <w:rFonts w:ascii="Arial Nova" w:hAnsi="Arial Nova"/>
          <w:sz w:val="22"/>
        </w:rPr>
        <w:t xml:space="preserve">Applicants must meet all applicable requirements below. Eligibility allows an organization to </w:t>
      </w:r>
      <w:r w:rsidR="00BC208E" w:rsidRPr="00BC208E">
        <w:rPr>
          <w:rFonts w:ascii="Arial Nova" w:hAnsi="Arial Nova"/>
          <w:sz w:val="22"/>
        </w:rPr>
        <w:t>apply</w:t>
      </w:r>
      <w:r w:rsidRPr="00BC208E">
        <w:rPr>
          <w:rFonts w:ascii="Arial Nova" w:hAnsi="Arial Nova"/>
          <w:sz w:val="22"/>
        </w:rPr>
        <w:t xml:space="preserve"> but does not guarantee funding.</w:t>
      </w:r>
      <w:r w:rsidR="00BC208E">
        <w:rPr>
          <w:rFonts w:ascii="Arial Nova" w:hAnsi="Arial Nova"/>
          <w:sz w:val="22"/>
        </w:rPr>
        <w:t xml:space="preserve"> All applicants must complete the eligibility screener in </w:t>
      </w:r>
      <w:r w:rsidR="0058051C">
        <w:rPr>
          <w:rFonts w:ascii="Arial Nova" w:hAnsi="Arial Nova"/>
          <w:sz w:val="22"/>
        </w:rPr>
        <w:t xml:space="preserve">United Way’s grant management system, </w:t>
      </w:r>
      <w:r w:rsidR="00BC208E">
        <w:rPr>
          <w:rFonts w:ascii="Arial Nova" w:hAnsi="Arial Nova"/>
          <w:sz w:val="22"/>
        </w:rPr>
        <w:t>Foundant</w:t>
      </w:r>
      <w:r w:rsidR="0058051C">
        <w:rPr>
          <w:rFonts w:ascii="Arial Nova" w:hAnsi="Arial Nova"/>
          <w:sz w:val="22"/>
        </w:rPr>
        <w:t>,</w:t>
      </w:r>
      <w:r w:rsidR="00BC208E">
        <w:rPr>
          <w:rFonts w:ascii="Arial Nova" w:hAnsi="Arial Nova"/>
          <w:sz w:val="22"/>
        </w:rPr>
        <w:t xml:space="preserve"> before completing the application. </w:t>
      </w:r>
    </w:p>
    <w:p w14:paraId="13793E75" w14:textId="2D5DC31B" w:rsidR="00BC208E" w:rsidRDefault="001D6B23" w:rsidP="00BC208E">
      <w:pPr>
        <w:pStyle w:val="ListBullet"/>
        <w:keepLines/>
        <w:numPr>
          <w:ilvl w:val="0"/>
          <w:numId w:val="13"/>
        </w:numPr>
        <w:spacing w:after="60" w:line="252" w:lineRule="auto"/>
        <w:rPr>
          <w:rFonts w:ascii="Arial Nova" w:hAnsi="Arial Nova"/>
          <w:sz w:val="22"/>
        </w:rPr>
      </w:pPr>
      <w:r w:rsidRPr="00BC208E">
        <w:rPr>
          <w:rFonts w:ascii="Arial Nova" w:hAnsi="Arial Nova"/>
          <w:b/>
          <w:sz w:val="22"/>
        </w:rPr>
        <w:t>Organizational status:</w:t>
      </w:r>
      <w:r w:rsidRPr="00BC208E">
        <w:rPr>
          <w:rFonts w:ascii="Arial Nova" w:hAnsi="Arial Nova"/>
          <w:sz w:val="22"/>
        </w:rPr>
        <w:t xml:space="preserve"> The applicant must be a tax-exempt nonprofit organization or operate under a nonprofit fiscal sponsor. </w:t>
      </w:r>
    </w:p>
    <w:p w14:paraId="5C518253" w14:textId="77777777" w:rsidR="00BC208E" w:rsidRDefault="001D6B23" w:rsidP="00BC208E">
      <w:pPr>
        <w:pStyle w:val="ListBullet"/>
        <w:keepLines/>
        <w:numPr>
          <w:ilvl w:val="0"/>
          <w:numId w:val="13"/>
        </w:numPr>
        <w:spacing w:after="60" w:line="252" w:lineRule="auto"/>
        <w:rPr>
          <w:rFonts w:ascii="Arial Nova" w:hAnsi="Arial Nova"/>
          <w:sz w:val="22"/>
        </w:rPr>
      </w:pPr>
      <w:r w:rsidRPr="00BC208E">
        <w:rPr>
          <w:rFonts w:ascii="Arial Nova" w:hAnsi="Arial Nova"/>
          <w:b/>
          <w:sz w:val="22"/>
        </w:rPr>
        <w:t>Geographic focus:</w:t>
      </w:r>
      <w:r w:rsidRPr="00BC208E">
        <w:rPr>
          <w:rFonts w:ascii="Arial Nova" w:hAnsi="Arial Nova"/>
          <w:sz w:val="22"/>
        </w:rPr>
        <w:t xml:space="preserve"> At least 50% of the people expected to benefit must live in United Way's service area: Dearborn and Ohio counties, Indiana; Brown, Clermont and Hamilton counties, Ohio; and Boone, Campbell, Grant and Kenton counties, Kentucky.</w:t>
      </w:r>
    </w:p>
    <w:p w14:paraId="010C1949" w14:textId="002D2F9F" w:rsidR="00BC208E" w:rsidRDefault="001D6B23" w:rsidP="00BC208E">
      <w:pPr>
        <w:pStyle w:val="ListBullet"/>
        <w:keepLines/>
        <w:numPr>
          <w:ilvl w:val="0"/>
          <w:numId w:val="13"/>
        </w:numPr>
        <w:spacing w:after="60" w:line="252" w:lineRule="auto"/>
        <w:rPr>
          <w:rFonts w:ascii="Arial Nova" w:hAnsi="Arial Nova"/>
          <w:sz w:val="22"/>
        </w:rPr>
      </w:pPr>
      <w:r w:rsidRPr="00BC208E">
        <w:rPr>
          <w:rFonts w:ascii="Arial Nova" w:hAnsi="Arial Nova"/>
          <w:b/>
          <w:sz w:val="22"/>
        </w:rPr>
        <w:t>Population served:</w:t>
      </w:r>
      <w:r w:rsidRPr="00BC208E">
        <w:rPr>
          <w:rFonts w:ascii="Arial Nova" w:hAnsi="Arial Nova"/>
          <w:sz w:val="22"/>
        </w:rPr>
        <w:t xml:space="preserve"> </w:t>
      </w:r>
      <w:r w:rsidR="001B6905">
        <w:rPr>
          <w:rFonts w:ascii="Arial Nova" w:hAnsi="Arial Nova"/>
          <w:sz w:val="22"/>
        </w:rPr>
        <w:t xml:space="preserve">A majority, and at least 50%, </w:t>
      </w:r>
      <w:r w:rsidR="00F26DA8" w:rsidRPr="00F26DA8">
        <w:rPr>
          <w:rFonts w:ascii="Arial Nova" w:hAnsi="Arial Nova"/>
          <w:sz w:val="22"/>
        </w:rPr>
        <w:t>of the people ultimately expected to benefit from the proposed work must live at or below 200% of the Federal Poverty Level.</w:t>
      </w:r>
    </w:p>
    <w:p w14:paraId="7851AC42" w14:textId="77777777" w:rsidR="00BC208E" w:rsidRDefault="001D6B23" w:rsidP="00BC208E">
      <w:pPr>
        <w:pStyle w:val="ListBullet"/>
        <w:keepLines/>
        <w:numPr>
          <w:ilvl w:val="0"/>
          <w:numId w:val="13"/>
        </w:numPr>
        <w:spacing w:after="60" w:line="252" w:lineRule="auto"/>
        <w:rPr>
          <w:rFonts w:ascii="Arial Nova" w:hAnsi="Arial Nova"/>
          <w:sz w:val="22"/>
        </w:rPr>
      </w:pPr>
      <w:r w:rsidRPr="00BC208E">
        <w:rPr>
          <w:rFonts w:ascii="Arial Nova" w:hAnsi="Arial Nova"/>
          <w:b/>
          <w:sz w:val="22"/>
        </w:rPr>
        <w:t>Existing work:</w:t>
      </w:r>
      <w:r w:rsidRPr="00BC208E">
        <w:rPr>
          <w:rFonts w:ascii="Arial Nova" w:hAnsi="Arial Nova"/>
          <w:sz w:val="22"/>
        </w:rPr>
        <w:t xml:space="preserve"> The request must be for a specific effort that builds on work the organization already does.</w:t>
      </w:r>
    </w:p>
    <w:p w14:paraId="3617D1ED" w14:textId="2F5C05A7" w:rsidR="00D85848" w:rsidRPr="00BC208E" w:rsidRDefault="001D6B23" w:rsidP="00BC208E">
      <w:pPr>
        <w:pStyle w:val="ListBullet"/>
        <w:keepLines/>
        <w:numPr>
          <w:ilvl w:val="0"/>
          <w:numId w:val="13"/>
        </w:numPr>
        <w:spacing w:after="60" w:line="252" w:lineRule="auto"/>
        <w:rPr>
          <w:rFonts w:ascii="Arial Nova" w:hAnsi="Arial Nova"/>
          <w:sz w:val="22"/>
        </w:rPr>
      </w:pPr>
      <w:r w:rsidRPr="00BC208E">
        <w:rPr>
          <w:rFonts w:ascii="Arial Nova" w:hAnsi="Arial Nova"/>
          <w:b/>
          <w:sz w:val="22"/>
        </w:rPr>
        <w:t>Priority alignment:</w:t>
      </w:r>
      <w:r w:rsidRPr="00BC208E">
        <w:rPr>
          <w:rFonts w:ascii="Arial Nova" w:hAnsi="Arial Nova"/>
          <w:sz w:val="22"/>
        </w:rPr>
        <w:t xml:space="preserve"> Each proposal must align with one of the three funding priorities described in this RFP.</w:t>
      </w:r>
    </w:p>
    <w:p w14:paraId="4ADD30DC" w14:textId="77777777" w:rsidR="00D85848" w:rsidRPr="007F2160" w:rsidRDefault="001D6B23">
      <w:pPr>
        <w:pStyle w:val="Heading2"/>
        <w:spacing w:before="180" w:after="80"/>
        <w:rPr>
          <w:rFonts w:ascii="Arial Nova" w:hAnsi="Arial Nova"/>
        </w:rPr>
      </w:pPr>
      <w:bookmarkStart w:id="7" w:name="_Toc242453360"/>
      <w:r w:rsidRPr="329EE549">
        <w:rPr>
          <w:rFonts w:ascii="Arial Nova" w:eastAsia="Arial" w:hAnsi="Arial Nova"/>
        </w:rPr>
        <w:t>Funding Parameters</w:t>
      </w:r>
      <w:bookmarkEnd w:id="7"/>
    </w:p>
    <w:p w14:paraId="371E2BBA" w14:textId="0210CAAD" w:rsidR="00D85848" w:rsidRPr="00BC208E" w:rsidRDefault="7D77EA6D" w:rsidP="329EE549">
      <w:pPr>
        <w:keepLines/>
        <w:rPr>
          <w:rFonts w:ascii="Arial Nova" w:hAnsi="Arial Nova"/>
          <w:sz w:val="22"/>
        </w:rPr>
      </w:pPr>
      <w:r w:rsidRPr="329EE549">
        <w:rPr>
          <w:rFonts w:ascii="Arial Nova" w:hAnsi="Arial Nova"/>
          <w:sz w:val="22"/>
        </w:rPr>
        <w:t>There is $750,000 allocated to each of the impact</w:t>
      </w:r>
      <w:r w:rsidR="685B893D" w:rsidRPr="329EE549">
        <w:rPr>
          <w:rFonts w:ascii="Arial Nova" w:hAnsi="Arial Nova"/>
          <w:sz w:val="22"/>
        </w:rPr>
        <w:t xml:space="preserve"> pillars. </w:t>
      </w:r>
      <w:r w:rsidR="001D6B23" w:rsidRPr="329EE549">
        <w:rPr>
          <w:rFonts w:ascii="Arial Nova" w:hAnsi="Arial Nova"/>
          <w:sz w:val="22"/>
        </w:rPr>
        <w:t xml:space="preserve">The amount requested may not exceed 30% of </w:t>
      </w:r>
      <w:r w:rsidR="6694C54E" w:rsidRPr="329EE549">
        <w:rPr>
          <w:rFonts w:ascii="Arial Nova" w:hAnsi="Arial Nova"/>
          <w:sz w:val="22"/>
        </w:rPr>
        <w:t xml:space="preserve">a </w:t>
      </w:r>
      <w:r w:rsidR="001D6B23" w:rsidRPr="329EE549">
        <w:rPr>
          <w:rFonts w:ascii="Arial Nova" w:hAnsi="Arial Nova"/>
          <w:sz w:val="22"/>
        </w:rPr>
        <w:t>program's or service's current annual budget.</w:t>
      </w:r>
      <w:r w:rsidR="018ED831" w:rsidRPr="329EE549">
        <w:rPr>
          <w:rFonts w:ascii="Arial Nova" w:hAnsi="Arial Nova"/>
          <w:sz w:val="22"/>
        </w:rPr>
        <w:t xml:space="preserve"> </w:t>
      </w:r>
      <w:r w:rsidR="001D6B23" w:rsidRPr="329EE549">
        <w:rPr>
          <w:rFonts w:ascii="Arial Nova" w:hAnsi="Arial Nova"/>
          <w:sz w:val="22"/>
        </w:rPr>
        <w:t xml:space="preserve">Organizations </w:t>
      </w:r>
      <w:r w:rsidR="00BC208E" w:rsidRPr="329EE549">
        <w:rPr>
          <w:rFonts w:ascii="Arial Nova" w:hAnsi="Arial Nova"/>
          <w:sz w:val="22"/>
        </w:rPr>
        <w:t xml:space="preserve">can only submit one proposal per impact area, but </w:t>
      </w:r>
      <w:r w:rsidR="001D6B23" w:rsidRPr="329EE549">
        <w:rPr>
          <w:rFonts w:ascii="Arial Nova" w:hAnsi="Arial Nova"/>
          <w:sz w:val="22"/>
        </w:rPr>
        <w:t>may receive more than one award, under different priorities. Each proposal must select one priority and describe the specific effort for which funding is requested.</w:t>
      </w:r>
    </w:p>
    <w:p w14:paraId="1B80483A" w14:textId="77777777" w:rsidR="00D85848" w:rsidRPr="007F2160" w:rsidRDefault="001D6B23">
      <w:pPr>
        <w:pStyle w:val="Heading2"/>
        <w:spacing w:before="180" w:after="80"/>
        <w:rPr>
          <w:rFonts w:ascii="Arial Nova" w:hAnsi="Arial Nova"/>
        </w:rPr>
      </w:pPr>
      <w:bookmarkStart w:id="8" w:name="_Toc242453361"/>
      <w:r w:rsidRPr="007F2160">
        <w:rPr>
          <w:rFonts w:ascii="Arial Nova" w:eastAsia="Arial" w:hAnsi="Arial Nova"/>
        </w:rPr>
        <w:t>Use of Funds</w:t>
      </w:r>
      <w:bookmarkEnd w:id="8"/>
    </w:p>
    <w:p w14:paraId="416E5247" w14:textId="42BBEBDD" w:rsidR="00805E3D" w:rsidRPr="00805E3D" w:rsidRDefault="00805E3D" w:rsidP="329EE549">
      <w:pPr>
        <w:rPr>
          <w:rFonts w:ascii="Arial Nova" w:eastAsia="Arial Nova" w:hAnsi="Arial Nova" w:cs="Arial Nova"/>
          <w:sz w:val="22"/>
        </w:rPr>
      </w:pPr>
      <w:r w:rsidRPr="329EE549">
        <w:rPr>
          <w:rFonts w:ascii="Arial Nova" w:eastAsia="Arial Nova" w:hAnsi="Arial Nova" w:cs="Arial Nova"/>
          <w:sz w:val="22"/>
        </w:rPr>
        <w:t>Funding</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may</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support</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a</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wide</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range</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of</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expenses,</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but</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each</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expense</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must</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directly</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contribute</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to</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a</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targ</w:t>
      </w:r>
      <w:r w:rsidR="000069A9" w:rsidRPr="329EE549">
        <w:rPr>
          <w:rFonts w:ascii="Arial Nova" w:eastAsia="Arial Nova" w:hAnsi="Arial Nova" w:cs="Arial Nova"/>
          <w:sz w:val="22"/>
        </w:rPr>
        <w:t xml:space="preserve">eted </w:t>
      </w:r>
      <w:r w:rsidRPr="329EE549">
        <w:rPr>
          <w:rFonts w:ascii="Arial Nova" w:eastAsia="Arial Nova" w:hAnsi="Arial Nova" w:cs="Arial Nova"/>
          <w:sz w:val="22"/>
        </w:rPr>
        <w:t>response</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to</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the</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identified</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priority.</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General</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program</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expansion</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or</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ongoing</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operating</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support,</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without</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a</w:t>
      </w:r>
      <w:r w:rsidR="000069A9" w:rsidRPr="329EE549">
        <w:rPr>
          <w:rStyle w:val="apple-converted-space"/>
          <w:rFonts w:ascii="Arial Nova" w:eastAsia="Arial Nova" w:hAnsi="Arial Nova" w:cs="Arial Nova"/>
          <w:sz w:val="24"/>
          <w:szCs w:val="24"/>
        </w:rPr>
        <w:t xml:space="preserve"> clear</w:t>
      </w:r>
      <w:r w:rsidR="000069A9" w:rsidRPr="329EE549">
        <w:rPr>
          <w:rFonts w:ascii="Arial Nova" w:eastAsia="Arial Nova" w:hAnsi="Arial Nova" w:cs="Arial Nova"/>
          <w:sz w:val="22"/>
        </w:rPr>
        <w:t xml:space="preserve"> </w:t>
      </w:r>
      <w:r w:rsidRPr="329EE549">
        <w:rPr>
          <w:rFonts w:ascii="Arial Nova" w:eastAsia="Arial Nova" w:hAnsi="Arial Nova" w:cs="Arial Nova"/>
          <w:sz w:val="22"/>
        </w:rPr>
        <w:t>connection</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to</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that</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response,</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is</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not</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the</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intent</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of</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this</w:t>
      </w:r>
      <w:r w:rsidRPr="329EE549">
        <w:rPr>
          <w:rStyle w:val="apple-converted-space"/>
          <w:rFonts w:ascii="Arial Nova" w:eastAsia="Arial Nova" w:hAnsi="Arial Nova" w:cs="Arial Nova"/>
          <w:sz w:val="24"/>
          <w:szCs w:val="24"/>
        </w:rPr>
        <w:t> </w:t>
      </w:r>
      <w:r w:rsidRPr="329EE549">
        <w:rPr>
          <w:rFonts w:ascii="Arial Nova" w:eastAsia="Arial Nova" w:hAnsi="Arial Nova" w:cs="Arial Nova"/>
          <w:sz w:val="22"/>
        </w:rPr>
        <w:t>fund.</w:t>
      </w:r>
    </w:p>
    <w:p w14:paraId="26CD23EF" w14:textId="7F713C02" w:rsidR="00D85848" w:rsidRPr="00805E3D" w:rsidRDefault="001D6B23" w:rsidP="329EE549">
      <w:pPr>
        <w:rPr>
          <w:rFonts w:ascii="Arial Nova" w:hAnsi="Arial Nova"/>
          <w:sz w:val="22"/>
        </w:rPr>
      </w:pPr>
      <w:r w:rsidRPr="329EE549">
        <w:rPr>
          <w:rFonts w:ascii="Arial Nova" w:eastAsia="Arial Nova" w:hAnsi="Arial Nova" w:cs="Arial Nova"/>
          <w:sz w:val="22"/>
        </w:rPr>
        <w:t xml:space="preserve">Grantees will </w:t>
      </w:r>
      <w:r w:rsidRPr="329EE549">
        <w:rPr>
          <w:rFonts w:ascii="Arial Nova" w:eastAsia="Arial Nova" w:hAnsi="Arial Nova" w:cs="Arial Nova"/>
          <w:b/>
          <w:bCs/>
          <w:sz w:val="22"/>
        </w:rPr>
        <w:t xml:space="preserve">not </w:t>
      </w:r>
      <w:r w:rsidRPr="329EE549">
        <w:rPr>
          <w:rFonts w:ascii="Arial Nova" w:eastAsia="Arial Nova" w:hAnsi="Arial Nova" w:cs="Arial Nova"/>
          <w:sz w:val="22"/>
        </w:rPr>
        <w:t>be required to submit a line-item expenditure reconciliation. All grant funds must support the purpose and activities described in the approved proposal.</w:t>
      </w:r>
      <w:r w:rsidR="00BC208E" w:rsidRPr="329EE549">
        <w:rPr>
          <w:rFonts w:ascii="Arial Nova" w:eastAsia="Arial Nova" w:hAnsi="Arial Nova" w:cs="Arial Nova"/>
          <w:sz w:val="22"/>
        </w:rPr>
        <w:t xml:space="preserve"> </w:t>
      </w:r>
      <w:r w:rsidR="00BC208E" w:rsidRPr="329EE549">
        <w:rPr>
          <w:rFonts w:ascii="Arial Nova" w:eastAsia="Arial Nova" w:hAnsi="Arial Nova" w:cs="Arial Nova"/>
          <w:b/>
          <w:bCs/>
          <w:sz w:val="22"/>
        </w:rPr>
        <w:t>Any significant changes in programming must be reported to United Way of Greater Cincinnati.</w:t>
      </w:r>
      <w:r w:rsidR="00BC208E" w:rsidRPr="329EE549">
        <w:rPr>
          <w:rFonts w:ascii="Arial Nova" w:eastAsia="Arial Nova" w:hAnsi="Arial Nova" w:cs="Arial Nova"/>
          <w:sz w:val="22"/>
        </w:rPr>
        <w:t xml:space="preserve"> </w:t>
      </w:r>
      <w:r w:rsidR="66825CE1" w:rsidRPr="329EE549">
        <w:rPr>
          <w:rFonts w:ascii="Arial Nova" w:eastAsia="Arial Nova" w:hAnsi="Arial Nova" w:cs="Arial Nova"/>
          <w:sz w:val="22"/>
        </w:rPr>
        <w:t xml:space="preserve">Failure to report significant changes may result in the loss, and possibly return, of funding. </w:t>
      </w:r>
    </w:p>
    <w:p w14:paraId="26E851DB" w14:textId="77777777" w:rsidR="00D85848" w:rsidRPr="007F2160" w:rsidRDefault="001D6B23">
      <w:pPr>
        <w:pStyle w:val="Heading2"/>
        <w:spacing w:before="180" w:after="80"/>
        <w:rPr>
          <w:rFonts w:ascii="Arial Nova" w:hAnsi="Arial Nova"/>
        </w:rPr>
      </w:pPr>
      <w:bookmarkStart w:id="9" w:name="_Toc242453362"/>
      <w:r w:rsidRPr="007F2160">
        <w:rPr>
          <w:rFonts w:ascii="Arial Nova" w:eastAsia="Arial" w:hAnsi="Arial Nova"/>
        </w:rPr>
        <w:t>Project Duration</w:t>
      </w:r>
      <w:bookmarkEnd w:id="9"/>
    </w:p>
    <w:p w14:paraId="399903B8" w14:textId="0AB93769" w:rsidR="00D85848" w:rsidRPr="00BC208E" w:rsidRDefault="0074392C" w:rsidP="329EE549">
      <w:pPr>
        <w:keepLines/>
        <w:rPr>
          <w:rFonts w:ascii="Arial Nova" w:hAnsi="Arial Nova"/>
          <w:sz w:val="22"/>
        </w:rPr>
      </w:pPr>
      <w:r w:rsidRPr="329EE549">
        <w:rPr>
          <w:rFonts w:ascii="Arial Nova" w:hAnsi="Arial Nova"/>
          <w:sz w:val="22"/>
        </w:rPr>
        <w:t xml:space="preserve">Given the focus on emerging priorities and needs in the community, it is assumed that the funding will immediately support programming and solutions that should be implemented within six months and not </w:t>
      </w:r>
      <w:r w:rsidR="2B23ED0B" w:rsidRPr="329EE549">
        <w:rPr>
          <w:rFonts w:ascii="Arial Nova" w:hAnsi="Arial Nova"/>
          <w:sz w:val="22"/>
        </w:rPr>
        <w:t>exceed</w:t>
      </w:r>
      <w:r w:rsidRPr="329EE549">
        <w:rPr>
          <w:rFonts w:ascii="Arial Nova" w:hAnsi="Arial Nova"/>
          <w:sz w:val="22"/>
        </w:rPr>
        <w:t xml:space="preserve"> one year. </w:t>
      </w:r>
      <w:r w:rsidR="001D6B23" w:rsidRPr="329EE549">
        <w:rPr>
          <w:rFonts w:ascii="Arial Nova" w:hAnsi="Arial Nova"/>
          <w:sz w:val="22"/>
        </w:rPr>
        <w:t xml:space="preserve">Applicants should propose a timeline appropriate to the work and explain why a longer period is needed when the project </w:t>
      </w:r>
      <w:r w:rsidR="7D76E0A2" w:rsidRPr="329EE549">
        <w:rPr>
          <w:rFonts w:ascii="Arial Nova" w:hAnsi="Arial Nova"/>
          <w:sz w:val="22"/>
        </w:rPr>
        <w:t>extends</w:t>
      </w:r>
      <w:r w:rsidR="001D6B23" w:rsidRPr="329EE549">
        <w:rPr>
          <w:rFonts w:ascii="Arial Nova" w:hAnsi="Arial Nova"/>
          <w:sz w:val="22"/>
        </w:rPr>
        <w:t xml:space="preserve"> beyond six months.</w:t>
      </w:r>
    </w:p>
    <w:p w14:paraId="3E30766C" w14:textId="77777777" w:rsidR="00D85848" w:rsidRPr="007F2160" w:rsidRDefault="001D6B23">
      <w:pPr>
        <w:rPr>
          <w:rFonts w:ascii="Arial Nova" w:hAnsi="Arial Nova"/>
        </w:rPr>
      </w:pPr>
      <w:r w:rsidRPr="007F2160">
        <w:rPr>
          <w:rFonts w:ascii="Arial Nova" w:hAnsi="Arial Nova"/>
        </w:rPr>
        <w:br w:type="page"/>
      </w:r>
    </w:p>
    <w:p w14:paraId="643BD923" w14:textId="77777777" w:rsidR="00D85848" w:rsidRPr="00BC208E" w:rsidRDefault="001D6B23">
      <w:pPr>
        <w:pStyle w:val="Heading1"/>
        <w:spacing w:before="240" w:after="120"/>
        <w:rPr>
          <w:rFonts w:ascii="Arial Nova" w:hAnsi="Arial Nova"/>
          <w:sz w:val="28"/>
          <w:szCs w:val="20"/>
        </w:rPr>
      </w:pPr>
      <w:bookmarkStart w:id="10" w:name="_Toc242453363"/>
      <w:r w:rsidRPr="00BC208E">
        <w:rPr>
          <w:rFonts w:ascii="Arial Nova" w:eastAsia="Arial" w:hAnsi="Arial Nova"/>
          <w:sz w:val="28"/>
          <w:szCs w:val="20"/>
        </w:rPr>
        <w:t>Timeline and Application Process</w:t>
      </w:r>
      <w:bookmarkEnd w:id="10"/>
    </w:p>
    <w:tbl>
      <w:tblPr>
        <w:tblW w:w="0" w:type="auto"/>
        <w:jc w:val="center"/>
        <w:tblLayout w:type="fixed"/>
        <w:tblLook w:val="04A0" w:firstRow="1" w:lastRow="0" w:firstColumn="1" w:lastColumn="0" w:noHBand="0" w:noVBand="1"/>
      </w:tblPr>
      <w:tblGrid>
        <w:gridCol w:w="4439"/>
        <w:gridCol w:w="5137"/>
      </w:tblGrid>
      <w:tr w:rsidR="00D85848" w:rsidRPr="007F2160" w14:paraId="0B165143" w14:textId="77777777" w:rsidTr="329EE549">
        <w:trPr>
          <w:cantSplit/>
          <w:tblHeader/>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153E7E"/>
            <w:tcMar>
              <w:top w:w="110" w:type="dxa"/>
              <w:left w:w="120" w:type="dxa"/>
              <w:bottom w:w="110" w:type="dxa"/>
              <w:right w:w="120" w:type="dxa"/>
            </w:tcMar>
            <w:vAlign w:val="center"/>
          </w:tcPr>
          <w:p w14:paraId="6705EDA0" w14:textId="77777777" w:rsidR="00D85848" w:rsidRPr="00BC208E" w:rsidRDefault="001D6B23">
            <w:pPr>
              <w:spacing w:after="0"/>
              <w:rPr>
                <w:rFonts w:ascii="Arial Nova" w:hAnsi="Arial Nova"/>
                <w:sz w:val="22"/>
                <w:szCs w:val="28"/>
              </w:rPr>
            </w:pPr>
            <w:r w:rsidRPr="00BC208E">
              <w:rPr>
                <w:rFonts w:ascii="Arial Nova" w:hAnsi="Arial Nova"/>
                <w:b/>
                <w:color w:val="FFFFFF"/>
                <w:sz w:val="22"/>
                <w:szCs w:val="28"/>
              </w:rPr>
              <w:t>Date</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153E7E"/>
            <w:tcMar>
              <w:top w:w="110" w:type="dxa"/>
              <w:left w:w="120" w:type="dxa"/>
              <w:bottom w:w="110" w:type="dxa"/>
              <w:right w:w="120" w:type="dxa"/>
            </w:tcMar>
            <w:vAlign w:val="center"/>
          </w:tcPr>
          <w:p w14:paraId="697A1220" w14:textId="77777777" w:rsidR="00D85848" w:rsidRPr="00BC208E" w:rsidRDefault="001D6B23">
            <w:pPr>
              <w:spacing w:after="0"/>
              <w:rPr>
                <w:rFonts w:ascii="Arial Nova" w:hAnsi="Arial Nova"/>
                <w:sz w:val="22"/>
                <w:szCs w:val="28"/>
              </w:rPr>
            </w:pPr>
            <w:r w:rsidRPr="00BC208E">
              <w:rPr>
                <w:rFonts w:ascii="Arial Nova" w:hAnsi="Arial Nova"/>
                <w:b/>
                <w:color w:val="FFFFFF"/>
                <w:sz w:val="22"/>
                <w:szCs w:val="28"/>
              </w:rPr>
              <w:t>Milestone</w:t>
            </w:r>
          </w:p>
        </w:tc>
      </w:tr>
      <w:tr w:rsidR="00D85848" w:rsidRPr="007F2160" w14:paraId="65376C5F" w14:textId="77777777" w:rsidTr="329EE549">
        <w:trPr>
          <w:cantSplit/>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72381F93"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October 26, 2026</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6E2038FE" w14:textId="4AC3859B" w:rsidR="00D85848" w:rsidRPr="00BC208E" w:rsidRDefault="1459998D" w:rsidP="329EE549">
            <w:pPr>
              <w:spacing w:after="0" w:line="247" w:lineRule="auto"/>
              <w:rPr>
                <w:rFonts w:ascii="Arial Nova" w:hAnsi="Arial Nova"/>
                <w:sz w:val="22"/>
              </w:rPr>
            </w:pPr>
            <w:r w:rsidRPr="329EE549">
              <w:rPr>
                <w:rFonts w:ascii="Arial Nova" w:hAnsi="Arial Nova"/>
                <w:sz w:val="22"/>
              </w:rPr>
              <w:t xml:space="preserve">RFP </w:t>
            </w:r>
            <w:r w:rsidR="001D6B23" w:rsidRPr="329EE549">
              <w:rPr>
                <w:rFonts w:ascii="Arial Nova" w:hAnsi="Arial Nova"/>
                <w:sz w:val="22"/>
              </w:rPr>
              <w:t>available</w:t>
            </w:r>
            <w:r w:rsidR="10B6249A" w:rsidRPr="329EE549">
              <w:rPr>
                <w:rFonts w:ascii="Arial Nova" w:hAnsi="Arial Nova"/>
                <w:sz w:val="22"/>
              </w:rPr>
              <w:t xml:space="preserve"> for review</w:t>
            </w:r>
            <w:r w:rsidR="001D6B23" w:rsidRPr="329EE549">
              <w:rPr>
                <w:rFonts w:ascii="Arial Nova" w:hAnsi="Arial Nova"/>
                <w:sz w:val="22"/>
              </w:rPr>
              <w:t xml:space="preserve"> on United Way's website</w:t>
            </w:r>
          </w:p>
        </w:tc>
      </w:tr>
      <w:tr w:rsidR="00D85848" w:rsidRPr="007F2160" w14:paraId="08364A6C" w14:textId="77777777" w:rsidTr="329EE549">
        <w:trPr>
          <w:cantSplit/>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1A455B58" w14:textId="461864CB" w:rsidR="00D85848" w:rsidRPr="00BC208E" w:rsidRDefault="001D6B23">
            <w:pPr>
              <w:spacing w:after="0" w:line="247" w:lineRule="auto"/>
              <w:rPr>
                <w:rFonts w:ascii="Arial Nova" w:hAnsi="Arial Nova"/>
                <w:sz w:val="22"/>
                <w:szCs w:val="28"/>
              </w:rPr>
            </w:pPr>
            <w:r w:rsidRPr="00BC208E">
              <w:rPr>
                <w:rFonts w:ascii="Arial Nova" w:hAnsi="Arial Nova"/>
                <w:sz w:val="22"/>
                <w:szCs w:val="28"/>
              </w:rPr>
              <w:t>October 30, 2026</w:t>
            </w:r>
            <w:r w:rsidR="00BC208E">
              <w:rPr>
                <w:rFonts w:ascii="Arial Nova" w:hAnsi="Arial Nova"/>
                <w:sz w:val="22"/>
                <w:szCs w:val="28"/>
              </w:rPr>
              <w:t xml:space="preserve"> at 12:00 p.m. ET</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71CE08D8" w14:textId="64ABAFAF" w:rsidR="00D85848" w:rsidRPr="00BC208E" w:rsidRDefault="001D6B23">
            <w:pPr>
              <w:spacing w:after="0" w:line="247" w:lineRule="auto"/>
              <w:rPr>
                <w:rFonts w:ascii="Arial Nova" w:hAnsi="Arial Nova"/>
                <w:sz w:val="22"/>
              </w:rPr>
            </w:pPr>
            <w:r w:rsidRPr="329EE549">
              <w:rPr>
                <w:rFonts w:ascii="Arial Nova" w:hAnsi="Arial Nova"/>
                <w:sz w:val="22"/>
              </w:rPr>
              <w:t xml:space="preserve">Application opens in </w:t>
            </w:r>
            <w:r w:rsidR="3BC19B93" w:rsidRPr="329EE549">
              <w:rPr>
                <w:rFonts w:ascii="Arial Nova" w:hAnsi="Arial Nova"/>
                <w:sz w:val="22"/>
              </w:rPr>
              <w:t xml:space="preserve">United Way’s grant management system - </w:t>
            </w:r>
            <w:hyperlink r:id="rId13">
              <w:r w:rsidRPr="329EE549">
                <w:rPr>
                  <w:rStyle w:val="Hyperlink"/>
                </w:rPr>
                <w:t>Foundant</w:t>
              </w:r>
            </w:hyperlink>
          </w:p>
        </w:tc>
      </w:tr>
      <w:tr w:rsidR="329EE549" w14:paraId="18B52B0E" w14:textId="77777777" w:rsidTr="329EE549">
        <w:trPr>
          <w:cantSplit/>
          <w:trHeight w:val="300"/>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4E64ED8F" w14:textId="768DAC5F" w:rsidR="2FAE9F3B" w:rsidRDefault="2FAE9F3B" w:rsidP="329EE549">
            <w:pPr>
              <w:spacing w:line="247" w:lineRule="auto"/>
            </w:pPr>
            <w:r w:rsidRPr="329EE549">
              <w:rPr>
                <w:rFonts w:ascii="Arial Nova" w:hAnsi="Arial Nova"/>
                <w:sz w:val="22"/>
              </w:rPr>
              <w:t>November 12, 2026 at 1:00 p.m. ET</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3F1C7FF8" w14:textId="591AF5CA" w:rsidR="2FAE9F3B" w:rsidRDefault="2FAE9F3B" w:rsidP="329EE549">
            <w:pPr>
              <w:spacing w:line="247" w:lineRule="auto"/>
            </w:pPr>
            <w:r w:rsidRPr="329EE549">
              <w:rPr>
                <w:rFonts w:ascii="Arial Nova" w:hAnsi="Arial Nova"/>
                <w:sz w:val="22"/>
              </w:rPr>
              <w:t xml:space="preserve">Office Hours on </w:t>
            </w:r>
            <w:hyperlink r:id="rId14">
              <w:r w:rsidRPr="329EE549">
                <w:rPr>
                  <w:rStyle w:val="Hyperlink"/>
                </w:rPr>
                <w:t>Teams</w:t>
              </w:r>
            </w:hyperlink>
          </w:p>
        </w:tc>
      </w:tr>
      <w:tr w:rsidR="00D85848" w:rsidRPr="007F2160" w14:paraId="496510FD" w14:textId="77777777" w:rsidTr="329EE549">
        <w:trPr>
          <w:cantSplit/>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25D1BFC4"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November 23, 2026 at 4:30 p.m. ET</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7AB69452"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Application deadline</w:t>
            </w:r>
          </w:p>
        </w:tc>
      </w:tr>
      <w:tr w:rsidR="00D85848" w:rsidRPr="007F2160" w14:paraId="1AA1E391" w14:textId="77777777" w:rsidTr="329EE549">
        <w:trPr>
          <w:cantSplit/>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454995D9" w14:textId="5D9E5005" w:rsidR="00D85848" w:rsidRPr="00BC208E" w:rsidRDefault="001D6B23">
            <w:pPr>
              <w:spacing w:after="0" w:line="247" w:lineRule="auto"/>
              <w:rPr>
                <w:rFonts w:ascii="Arial Nova" w:hAnsi="Arial Nova"/>
                <w:sz w:val="22"/>
                <w:szCs w:val="28"/>
              </w:rPr>
            </w:pPr>
            <w:r w:rsidRPr="00BC208E">
              <w:rPr>
                <w:rFonts w:ascii="Arial Nova" w:hAnsi="Arial Nova"/>
                <w:sz w:val="22"/>
                <w:szCs w:val="28"/>
              </w:rPr>
              <w:t>November 30</w:t>
            </w:r>
            <w:r w:rsidR="00BB0B97">
              <w:rPr>
                <w:rFonts w:ascii="Arial Nova" w:hAnsi="Arial Nova"/>
                <w:sz w:val="22"/>
                <w:szCs w:val="28"/>
              </w:rPr>
              <w:t xml:space="preserve"> through </w:t>
            </w:r>
            <w:r w:rsidRPr="00BC208E">
              <w:rPr>
                <w:rFonts w:ascii="Arial Nova" w:hAnsi="Arial Nova"/>
                <w:sz w:val="22"/>
                <w:szCs w:val="28"/>
              </w:rPr>
              <w:t>December 18, 2026</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33067ACD"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Application review</w:t>
            </w:r>
          </w:p>
        </w:tc>
      </w:tr>
      <w:tr w:rsidR="00D85848" w:rsidRPr="007F2160" w14:paraId="22AA0F23" w14:textId="77777777" w:rsidTr="329EE549">
        <w:trPr>
          <w:cantSplit/>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4FA3E407"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December 22, 2026</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5D6FBCC7"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Funding notifications</w:t>
            </w:r>
          </w:p>
        </w:tc>
      </w:tr>
      <w:tr w:rsidR="329EE549" w14:paraId="34DA00E2" w14:textId="77777777" w:rsidTr="329EE549">
        <w:trPr>
          <w:cantSplit/>
          <w:trHeight w:val="300"/>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3F9BE133" w14:textId="65C5EF8B" w:rsidR="3CC3DE6F" w:rsidRDefault="3CC3DE6F" w:rsidP="329EE549">
            <w:pPr>
              <w:spacing w:line="247" w:lineRule="auto"/>
            </w:pPr>
            <w:r w:rsidRPr="329EE549">
              <w:rPr>
                <w:rFonts w:ascii="Arial Nova" w:hAnsi="Arial Nova"/>
                <w:sz w:val="22"/>
              </w:rPr>
              <w:t>Early January 2027</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51D9AB74" w14:textId="727FD5E9" w:rsidR="3CC3DE6F" w:rsidRDefault="3CC3DE6F" w:rsidP="329EE549">
            <w:pPr>
              <w:spacing w:line="247" w:lineRule="auto"/>
            </w:pPr>
            <w:r w:rsidRPr="329EE549">
              <w:rPr>
                <w:rFonts w:ascii="Arial Nova" w:hAnsi="Arial Nova"/>
                <w:sz w:val="22"/>
              </w:rPr>
              <w:t>Funding begins</w:t>
            </w:r>
          </w:p>
        </w:tc>
      </w:tr>
      <w:tr w:rsidR="00D85848" w:rsidRPr="007F2160" w14:paraId="5DE3D283" w14:textId="77777777" w:rsidTr="329EE549">
        <w:trPr>
          <w:cantSplit/>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71137A51"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Mid-January 2027</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13487601"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Required virtual grantee kickoff</w:t>
            </w:r>
          </w:p>
        </w:tc>
      </w:tr>
      <w:tr w:rsidR="00D85848" w:rsidRPr="007F2160" w14:paraId="439452FC" w14:textId="77777777" w:rsidTr="329EE549">
        <w:trPr>
          <w:cantSplit/>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080FD6BE"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June 2027</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FFFFF" w:themeFill="background1"/>
            <w:tcMar>
              <w:top w:w="110" w:type="dxa"/>
              <w:left w:w="120" w:type="dxa"/>
              <w:bottom w:w="110" w:type="dxa"/>
              <w:right w:w="120" w:type="dxa"/>
            </w:tcMar>
            <w:vAlign w:val="center"/>
          </w:tcPr>
          <w:p w14:paraId="62ADE0C2"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Required six-month learning debrief</w:t>
            </w:r>
          </w:p>
        </w:tc>
      </w:tr>
      <w:tr w:rsidR="00D85848" w:rsidRPr="007F2160" w14:paraId="5BFCE33A" w14:textId="77777777" w:rsidTr="329EE549">
        <w:trPr>
          <w:cantSplit/>
          <w:jc w:val="center"/>
        </w:trPr>
        <w:tc>
          <w:tcPr>
            <w:tcW w:w="4439"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2C406597"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Upon completion, no later than January 2028</w:t>
            </w:r>
          </w:p>
        </w:tc>
        <w:tc>
          <w:tcPr>
            <w:tcW w:w="5137" w:type="dxa"/>
            <w:tcBorders>
              <w:top w:val="single" w:sz="5" w:space="0" w:color="D9D9D9" w:themeColor="background1" w:themeShade="D9"/>
              <w:left w:val="single" w:sz="5" w:space="0" w:color="D9D9D9" w:themeColor="background1" w:themeShade="D9"/>
              <w:bottom w:val="single" w:sz="5" w:space="0" w:color="D9D9D9" w:themeColor="background1" w:themeShade="D9"/>
              <w:right w:val="single" w:sz="5" w:space="0" w:color="D9D9D9" w:themeColor="background1" w:themeShade="D9"/>
            </w:tcBorders>
            <w:shd w:val="clear" w:color="auto" w:fill="F2F2F2" w:themeFill="background1" w:themeFillShade="F2"/>
            <w:tcMar>
              <w:top w:w="110" w:type="dxa"/>
              <w:left w:w="120" w:type="dxa"/>
              <w:bottom w:w="110" w:type="dxa"/>
              <w:right w:w="120" w:type="dxa"/>
            </w:tcMar>
            <w:vAlign w:val="center"/>
          </w:tcPr>
          <w:p w14:paraId="3D8615BE" w14:textId="77777777" w:rsidR="00D85848" w:rsidRPr="00BC208E" w:rsidRDefault="001D6B23">
            <w:pPr>
              <w:spacing w:after="0" w:line="247" w:lineRule="auto"/>
              <w:rPr>
                <w:rFonts w:ascii="Arial Nova" w:hAnsi="Arial Nova"/>
                <w:sz w:val="22"/>
                <w:szCs w:val="28"/>
              </w:rPr>
            </w:pPr>
            <w:r w:rsidRPr="00BC208E">
              <w:rPr>
                <w:rFonts w:ascii="Arial Nova" w:hAnsi="Arial Nova"/>
                <w:sz w:val="22"/>
                <w:szCs w:val="28"/>
              </w:rPr>
              <w:t>Final report due when the proposed work is complete and grant funds have been expended</w:t>
            </w:r>
          </w:p>
        </w:tc>
      </w:tr>
    </w:tbl>
    <w:p w14:paraId="0FA613AC" w14:textId="77777777" w:rsidR="00D85848" w:rsidRPr="007F2160" w:rsidRDefault="00D85848">
      <w:pPr>
        <w:spacing w:after="0"/>
        <w:rPr>
          <w:rFonts w:ascii="Arial Nova" w:hAnsi="Arial Nova"/>
        </w:rPr>
      </w:pPr>
    </w:p>
    <w:p w14:paraId="714D5AAA" w14:textId="77777777" w:rsidR="00D85848" w:rsidRPr="007F2160" w:rsidRDefault="001D6B23">
      <w:pPr>
        <w:pStyle w:val="Heading2"/>
        <w:spacing w:before="180" w:after="80"/>
        <w:rPr>
          <w:rFonts w:ascii="Arial Nova" w:hAnsi="Arial Nova"/>
        </w:rPr>
      </w:pPr>
      <w:bookmarkStart w:id="11" w:name="_Toc242453364"/>
      <w:r w:rsidRPr="007F2160">
        <w:rPr>
          <w:rFonts w:ascii="Arial Nova" w:eastAsia="Arial" w:hAnsi="Arial Nova"/>
        </w:rPr>
        <w:t>How to Apply</w:t>
      </w:r>
      <w:bookmarkEnd w:id="11"/>
    </w:p>
    <w:p w14:paraId="3F9C19E7" w14:textId="26C43FAA" w:rsidR="00D85848" w:rsidRPr="00480D9A" w:rsidRDefault="001D6B23" w:rsidP="00480D9A">
      <w:pPr>
        <w:pStyle w:val="ListParagraph"/>
        <w:keepLines/>
        <w:numPr>
          <w:ilvl w:val="0"/>
          <w:numId w:val="14"/>
        </w:numPr>
        <w:spacing w:after="80" w:line="252" w:lineRule="auto"/>
        <w:rPr>
          <w:rFonts w:ascii="Arial Nova" w:hAnsi="Arial Nova"/>
          <w:sz w:val="22"/>
        </w:rPr>
      </w:pPr>
      <w:r w:rsidRPr="329EE549">
        <w:rPr>
          <w:rFonts w:ascii="Arial Nova" w:hAnsi="Arial Nova"/>
          <w:sz w:val="22"/>
        </w:rPr>
        <w:t>Review this RFP and the priority-specific guidance before beginning the eligibility screener</w:t>
      </w:r>
      <w:r w:rsidR="00480D9A" w:rsidRPr="329EE549">
        <w:rPr>
          <w:rFonts w:ascii="Arial Nova" w:hAnsi="Arial Nova"/>
          <w:sz w:val="22"/>
        </w:rPr>
        <w:t xml:space="preserve"> in </w:t>
      </w:r>
      <w:hyperlink r:id="rId15">
        <w:r w:rsidR="00480D9A" w:rsidRPr="329EE549">
          <w:rPr>
            <w:rStyle w:val="Hyperlink"/>
          </w:rPr>
          <w:t>Foundant</w:t>
        </w:r>
      </w:hyperlink>
      <w:r w:rsidRPr="329EE549">
        <w:rPr>
          <w:rFonts w:ascii="Arial Nova" w:hAnsi="Arial Nova"/>
          <w:sz w:val="22"/>
        </w:rPr>
        <w:t>.</w:t>
      </w:r>
    </w:p>
    <w:p w14:paraId="629A8D5B" w14:textId="1A85696D" w:rsidR="00D85848" w:rsidRPr="00480D9A" w:rsidRDefault="001D6B23" w:rsidP="00480D9A">
      <w:pPr>
        <w:pStyle w:val="ListParagraph"/>
        <w:keepLines/>
        <w:numPr>
          <w:ilvl w:val="0"/>
          <w:numId w:val="14"/>
        </w:numPr>
        <w:spacing w:after="80" w:line="252" w:lineRule="auto"/>
        <w:rPr>
          <w:rFonts w:ascii="Arial Nova" w:hAnsi="Arial Nova"/>
          <w:sz w:val="22"/>
          <w:szCs w:val="24"/>
        </w:rPr>
      </w:pPr>
      <w:r w:rsidRPr="00480D9A">
        <w:rPr>
          <w:rFonts w:ascii="Arial Nova" w:hAnsi="Arial Nova"/>
          <w:sz w:val="22"/>
          <w:szCs w:val="24"/>
        </w:rPr>
        <w:t xml:space="preserve">Complete the eligibility screener in Foundant. Applicants that meet the requirements may proceed </w:t>
      </w:r>
      <w:r w:rsidR="00480D9A" w:rsidRPr="00480D9A">
        <w:rPr>
          <w:rFonts w:ascii="Arial Nova" w:hAnsi="Arial Nova"/>
          <w:sz w:val="22"/>
          <w:szCs w:val="24"/>
        </w:rPr>
        <w:t>with</w:t>
      </w:r>
      <w:r w:rsidRPr="00480D9A">
        <w:rPr>
          <w:rFonts w:ascii="Arial Nova" w:hAnsi="Arial Nova"/>
          <w:sz w:val="22"/>
          <w:szCs w:val="24"/>
        </w:rPr>
        <w:t xml:space="preserve"> the full application.</w:t>
      </w:r>
    </w:p>
    <w:p w14:paraId="5E2DBF1D" w14:textId="0B2A3904" w:rsidR="00D85848" w:rsidRPr="00480D9A" w:rsidRDefault="001D6B23" w:rsidP="00480D9A">
      <w:pPr>
        <w:pStyle w:val="ListParagraph"/>
        <w:keepLines/>
        <w:numPr>
          <w:ilvl w:val="0"/>
          <w:numId w:val="14"/>
        </w:numPr>
        <w:spacing w:after="80" w:line="252" w:lineRule="auto"/>
        <w:rPr>
          <w:rFonts w:ascii="Arial Nova" w:hAnsi="Arial Nova"/>
          <w:sz w:val="22"/>
          <w:szCs w:val="24"/>
        </w:rPr>
      </w:pPr>
      <w:r w:rsidRPr="00480D9A">
        <w:rPr>
          <w:rFonts w:ascii="Arial Nova" w:hAnsi="Arial Nova"/>
          <w:sz w:val="22"/>
          <w:szCs w:val="24"/>
        </w:rPr>
        <w:t>Complete all required application questions and upload the required financial documents.</w:t>
      </w:r>
    </w:p>
    <w:p w14:paraId="1C099A52" w14:textId="6768BDBB" w:rsidR="00D85848" w:rsidRPr="00480D9A" w:rsidRDefault="001D6B23" w:rsidP="329EE549">
      <w:pPr>
        <w:pStyle w:val="ListParagraph"/>
        <w:keepLines/>
        <w:numPr>
          <w:ilvl w:val="0"/>
          <w:numId w:val="14"/>
        </w:numPr>
        <w:spacing w:after="80" w:line="252" w:lineRule="auto"/>
        <w:rPr>
          <w:rFonts w:ascii="Arial Nova" w:hAnsi="Arial Nova"/>
          <w:b/>
          <w:bCs/>
          <w:sz w:val="22"/>
        </w:rPr>
      </w:pPr>
      <w:r w:rsidRPr="329EE549">
        <w:rPr>
          <w:rFonts w:ascii="Arial Nova" w:hAnsi="Arial Nova"/>
          <w:sz w:val="22"/>
        </w:rPr>
        <w:t xml:space="preserve">Submit the application no later than November 23, </w:t>
      </w:r>
      <w:r w:rsidR="00480D9A" w:rsidRPr="329EE549">
        <w:rPr>
          <w:rFonts w:ascii="Arial Nova" w:hAnsi="Arial Nova"/>
          <w:sz w:val="22"/>
        </w:rPr>
        <w:t>2026,</w:t>
      </w:r>
      <w:r w:rsidRPr="329EE549">
        <w:rPr>
          <w:rFonts w:ascii="Arial Nova" w:hAnsi="Arial Nova"/>
          <w:sz w:val="22"/>
        </w:rPr>
        <w:t xml:space="preserve"> at 4:30 p.m. Eastern Time.</w:t>
      </w:r>
      <w:r w:rsidR="00480D9A" w:rsidRPr="329EE549">
        <w:rPr>
          <w:rFonts w:ascii="Arial Nova" w:hAnsi="Arial Nova"/>
          <w:sz w:val="22"/>
        </w:rPr>
        <w:t xml:space="preserve"> </w:t>
      </w:r>
      <w:r w:rsidR="00480D9A" w:rsidRPr="329EE549">
        <w:rPr>
          <w:rFonts w:ascii="Arial Nova" w:hAnsi="Arial Nova"/>
          <w:b/>
          <w:bCs/>
          <w:sz w:val="22"/>
        </w:rPr>
        <w:t xml:space="preserve">No late applications will be accepted. </w:t>
      </w:r>
    </w:p>
    <w:p w14:paraId="37720D03" w14:textId="77777777" w:rsidR="00D85848" w:rsidRPr="007F2160" w:rsidRDefault="001D6B23">
      <w:pPr>
        <w:pStyle w:val="Heading2"/>
        <w:spacing w:before="180" w:after="80"/>
        <w:rPr>
          <w:rFonts w:ascii="Arial Nova" w:hAnsi="Arial Nova"/>
        </w:rPr>
      </w:pPr>
      <w:bookmarkStart w:id="12" w:name="_Toc242453365"/>
      <w:r w:rsidRPr="007F2160">
        <w:rPr>
          <w:rFonts w:ascii="Arial Nova" w:eastAsia="Arial" w:hAnsi="Arial Nova"/>
        </w:rPr>
        <w:t>Information and Support</w:t>
      </w:r>
      <w:bookmarkEnd w:id="12"/>
    </w:p>
    <w:p w14:paraId="56DCD3DB" w14:textId="6FC379E1" w:rsidR="00D85848" w:rsidRPr="00480D9A" w:rsidRDefault="542D5368" w:rsidP="329EE549">
      <w:pPr>
        <w:keepLines/>
        <w:rPr>
          <w:rFonts w:ascii="Arial Nova" w:hAnsi="Arial Nova"/>
          <w:sz w:val="22"/>
        </w:rPr>
      </w:pPr>
      <w:r w:rsidRPr="329EE549">
        <w:rPr>
          <w:rFonts w:ascii="Arial Nova" w:hAnsi="Arial Nova"/>
          <w:sz w:val="22"/>
        </w:rPr>
        <w:t>The United Way Greater Cincinnati staff will host o</w:t>
      </w:r>
      <w:r w:rsidR="00F21BE4" w:rsidRPr="329EE549">
        <w:rPr>
          <w:rFonts w:ascii="Arial Nova" w:hAnsi="Arial Nova"/>
          <w:sz w:val="22"/>
        </w:rPr>
        <w:t xml:space="preserve">ffice </w:t>
      </w:r>
      <w:r w:rsidR="00480D9A" w:rsidRPr="329EE549">
        <w:rPr>
          <w:rFonts w:ascii="Arial Nova" w:hAnsi="Arial Nova"/>
          <w:sz w:val="22"/>
        </w:rPr>
        <w:t>hours</w:t>
      </w:r>
      <w:r w:rsidR="001D6B23" w:rsidRPr="329EE549">
        <w:rPr>
          <w:rFonts w:ascii="Arial Nova" w:hAnsi="Arial Nova"/>
          <w:sz w:val="22"/>
        </w:rPr>
        <w:t xml:space="preserve"> </w:t>
      </w:r>
      <w:r w:rsidR="04E41728" w:rsidRPr="329EE549">
        <w:rPr>
          <w:rFonts w:ascii="Arial Nova" w:hAnsi="Arial Nova"/>
          <w:sz w:val="22"/>
        </w:rPr>
        <w:t>on November 12</w:t>
      </w:r>
      <w:r w:rsidR="04E41728" w:rsidRPr="329EE549">
        <w:rPr>
          <w:rFonts w:ascii="Arial Nova" w:hAnsi="Arial Nova"/>
          <w:sz w:val="22"/>
          <w:vertAlign w:val="superscript"/>
        </w:rPr>
        <w:t>th</w:t>
      </w:r>
      <w:r w:rsidR="04E41728" w:rsidRPr="329EE549">
        <w:rPr>
          <w:rFonts w:ascii="Arial Nova" w:hAnsi="Arial Nova"/>
          <w:sz w:val="22"/>
        </w:rPr>
        <w:t>, at 1p.m. ET</w:t>
      </w:r>
      <w:r w:rsidR="001D6B23" w:rsidRPr="329EE549">
        <w:rPr>
          <w:rFonts w:ascii="Arial Nova" w:hAnsi="Arial Nova"/>
          <w:sz w:val="22"/>
        </w:rPr>
        <w:t>.</w:t>
      </w:r>
      <w:r w:rsidR="69AF55D4" w:rsidRPr="329EE549">
        <w:rPr>
          <w:rFonts w:ascii="Arial Nova" w:hAnsi="Arial Nova"/>
          <w:sz w:val="22"/>
        </w:rPr>
        <w:t xml:space="preserve"> Please use the link in the timeline above. </w:t>
      </w:r>
      <w:r w:rsidR="001D6B23" w:rsidRPr="329EE549">
        <w:rPr>
          <w:rFonts w:ascii="Arial Nova" w:hAnsi="Arial Nova"/>
          <w:sz w:val="22"/>
        </w:rPr>
        <w:t>Questions may be directed to Sue Casey-Leininger</w:t>
      </w:r>
      <w:r w:rsidR="00480D9A" w:rsidRPr="329EE549">
        <w:rPr>
          <w:rFonts w:ascii="Arial Nova" w:hAnsi="Arial Nova"/>
          <w:sz w:val="22"/>
        </w:rPr>
        <w:t>, Director, Impact</w:t>
      </w:r>
      <w:r w:rsidR="001D6B23" w:rsidRPr="329EE549">
        <w:rPr>
          <w:rFonts w:ascii="Arial Nova" w:hAnsi="Arial Nova"/>
          <w:sz w:val="22"/>
        </w:rPr>
        <w:t xml:space="preserve"> at impact@uwgc.org.</w:t>
      </w:r>
    </w:p>
    <w:p w14:paraId="70B8686D" w14:textId="77777777" w:rsidR="00D85848" w:rsidRPr="007F2160" w:rsidRDefault="001D6B23">
      <w:pPr>
        <w:rPr>
          <w:rFonts w:ascii="Arial Nova" w:hAnsi="Arial Nova"/>
        </w:rPr>
      </w:pPr>
      <w:r w:rsidRPr="007F2160">
        <w:rPr>
          <w:rFonts w:ascii="Arial Nova" w:hAnsi="Arial Nova"/>
        </w:rPr>
        <w:br w:type="page"/>
      </w:r>
    </w:p>
    <w:p w14:paraId="6D8AFEB4" w14:textId="77777777" w:rsidR="00D85848" w:rsidRPr="000211D6" w:rsidRDefault="001D6B23">
      <w:pPr>
        <w:pStyle w:val="Heading1"/>
        <w:spacing w:before="240" w:after="120"/>
        <w:rPr>
          <w:rFonts w:ascii="Arial Nova" w:hAnsi="Arial Nova"/>
          <w:u w:val="single"/>
        </w:rPr>
      </w:pPr>
      <w:bookmarkStart w:id="13" w:name="_Toc242453366"/>
      <w:r w:rsidRPr="000211D6">
        <w:rPr>
          <w:rFonts w:ascii="Arial Nova" w:eastAsia="Arial" w:hAnsi="Arial Nova"/>
          <w:sz w:val="28"/>
          <w:szCs w:val="20"/>
          <w:u w:val="single"/>
        </w:rPr>
        <w:t>Educational</w:t>
      </w:r>
      <w:r w:rsidRPr="000211D6">
        <w:rPr>
          <w:rFonts w:ascii="Arial Nova" w:eastAsia="Arial" w:hAnsi="Arial Nova"/>
          <w:u w:val="single"/>
        </w:rPr>
        <w:t xml:space="preserve"> </w:t>
      </w:r>
      <w:r w:rsidRPr="000211D6">
        <w:rPr>
          <w:rFonts w:ascii="Arial Nova" w:eastAsia="Arial" w:hAnsi="Arial Nova"/>
          <w:sz w:val="28"/>
          <w:szCs w:val="20"/>
          <w:u w:val="single"/>
        </w:rPr>
        <w:t>Success Priority</w:t>
      </w:r>
      <w:bookmarkEnd w:id="13"/>
    </w:p>
    <w:p w14:paraId="1C428B7D" w14:textId="0056806B" w:rsidR="00004E59" w:rsidRDefault="00F565BB" w:rsidP="00F565BB">
      <w:pPr>
        <w:pStyle w:val="Heading2"/>
        <w:spacing w:before="180" w:after="80"/>
        <w:rPr>
          <w:rFonts w:ascii="Arial Nova" w:hAnsi="Arial Nova"/>
          <w:b w:val="0"/>
          <w:bCs w:val="0"/>
          <w:sz w:val="22"/>
          <w:szCs w:val="24"/>
        </w:rPr>
      </w:pPr>
      <w:bookmarkStart w:id="14" w:name="_Toc242453367"/>
      <w:r w:rsidRPr="00F565BB">
        <w:rPr>
          <w:rFonts w:ascii="Arial Nova" w:hAnsi="Arial Nova"/>
          <w:b w:val="0"/>
          <w:bCs w:val="0"/>
          <w:sz w:val="22"/>
          <w:szCs w:val="24"/>
        </w:rPr>
        <w:t xml:space="preserve">United Way intends to invest </w:t>
      </w:r>
      <w:r>
        <w:rPr>
          <w:rFonts w:ascii="Arial Nova" w:hAnsi="Arial Nova"/>
          <w:b w:val="0"/>
          <w:bCs w:val="0"/>
          <w:sz w:val="22"/>
          <w:szCs w:val="24"/>
        </w:rPr>
        <w:t xml:space="preserve">in projects to </w:t>
      </w:r>
      <w:r w:rsidRPr="00F565BB">
        <w:rPr>
          <w:rFonts w:ascii="Arial Nova" w:hAnsi="Arial Nova"/>
          <w:b w:val="0"/>
          <w:bCs w:val="0"/>
          <w:sz w:val="22"/>
          <w:szCs w:val="24"/>
        </w:rPr>
        <w:t>strengthen early education providers' ability to respond to children's increasing behavioral and social-emotional needs</w:t>
      </w:r>
      <w:r w:rsidR="00FC52F7">
        <w:rPr>
          <w:rFonts w:ascii="Arial Nova" w:hAnsi="Arial Nova"/>
          <w:b w:val="0"/>
          <w:bCs w:val="0"/>
          <w:sz w:val="22"/>
          <w:szCs w:val="24"/>
        </w:rPr>
        <w:t xml:space="preserve">. </w:t>
      </w:r>
      <w:r w:rsidR="00004E59" w:rsidRPr="00004E59">
        <w:rPr>
          <w:rFonts w:ascii="Arial Nova" w:hAnsi="Arial Nova"/>
          <w:b w:val="0"/>
          <w:bCs w:val="0"/>
          <w:sz w:val="22"/>
          <w:szCs w:val="24"/>
        </w:rPr>
        <w:t>The goal is to help providers better support children experiencing these challenges by strengthening the skills, practices and resources available to educators, ultimately contributing to more stable, supportive classroom environments where children can remain engaged in learning.</w:t>
      </w:r>
    </w:p>
    <w:p w14:paraId="0A84899C" w14:textId="6732A075" w:rsidR="00F565BB" w:rsidRPr="00F565BB" w:rsidRDefault="00F565BB" w:rsidP="00F565BB">
      <w:pPr>
        <w:pStyle w:val="Heading2"/>
        <w:spacing w:before="180" w:after="80"/>
        <w:rPr>
          <w:rFonts w:ascii="Arial Nova" w:hAnsi="Arial Nova"/>
          <w:b w:val="0"/>
          <w:bCs w:val="0"/>
          <w:sz w:val="22"/>
          <w:szCs w:val="24"/>
        </w:rPr>
      </w:pPr>
      <w:r w:rsidRPr="00F565BB">
        <w:rPr>
          <w:rFonts w:ascii="Arial Nova" w:hAnsi="Arial Nova"/>
          <w:b w:val="0"/>
          <w:bCs w:val="0"/>
          <w:sz w:val="22"/>
          <w:szCs w:val="24"/>
        </w:rPr>
        <w:t>United Way will seek a portfolio of investments that collectively contribute to one or more of the following goals:</w:t>
      </w:r>
    </w:p>
    <w:p w14:paraId="199FE763" w14:textId="77777777" w:rsidR="00F565BB" w:rsidRPr="00F565BB" w:rsidRDefault="00F565BB" w:rsidP="00F565BB">
      <w:pPr>
        <w:pStyle w:val="Heading2"/>
        <w:numPr>
          <w:ilvl w:val="0"/>
          <w:numId w:val="34"/>
        </w:numPr>
        <w:spacing w:before="180" w:after="80"/>
        <w:rPr>
          <w:rFonts w:ascii="Arial Nova" w:hAnsi="Arial Nova"/>
          <w:b w:val="0"/>
          <w:bCs w:val="0"/>
          <w:sz w:val="22"/>
          <w:szCs w:val="24"/>
        </w:rPr>
      </w:pPr>
      <w:r w:rsidRPr="009233CD">
        <w:rPr>
          <w:rFonts w:ascii="Arial Nova" w:hAnsi="Arial Nova"/>
          <w:sz w:val="22"/>
          <w:szCs w:val="24"/>
        </w:rPr>
        <w:t>Strengthen educator skills and practices.</w:t>
      </w:r>
      <w:r w:rsidRPr="00F565BB">
        <w:rPr>
          <w:rFonts w:ascii="Arial Nova" w:hAnsi="Arial Nova"/>
          <w:b w:val="0"/>
          <w:bCs w:val="0"/>
          <w:sz w:val="22"/>
          <w:szCs w:val="24"/>
        </w:rPr>
        <w:t> Help existing educators build the knowledge, skills and tools needed to respond effectively to children's behavioral and social-emotional needs through training, coaching, consultation or other professional supports.</w:t>
      </w:r>
    </w:p>
    <w:p w14:paraId="267C7FE8" w14:textId="77777777" w:rsidR="00F565BB" w:rsidRPr="00F565BB" w:rsidRDefault="00F565BB" w:rsidP="00F565BB">
      <w:pPr>
        <w:pStyle w:val="Heading2"/>
        <w:numPr>
          <w:ilvl w:val="0"/>
          <w:numId w:val="34"/>
        </w:numPr>
        <w:spacing w:before="180" w:after="80"/>
        <w:rPr>
          <w:rFonts w:ascii="Arial Nova" w:hAnsi="Arial Nova"/>
          <w:b w:val="0"/>
          <w:bCs w:val="0"/>
          <w:sz w:val="22"/>
          <w:szCs w:val="24"/>
        </w:rPr>
      </w:pPr>
      <w:r w:rsidRPr="009233CD">
        <w:rPr>
          <w:rFonts w:ascii="Arial Nova" w:hAnsi="Arial Nova"/>
          <w:sz w:val="22"/>
          <w:szCs w:val="24"/>
        </w:rPr>
        <w:t>Increase access to specialized support.</w:t>
      </w:r>
      <w:r w:rsidRPr="00F565BB">
        <w:rPr>
          <w:rFonts w:ascii="Arial Nova" w:hAnsi="Arial Nova"/>
          <w:b w:val="0"/>
          <w:bCs w:val="0"/>
          <w:sz w:val="22"/>
          <w:szCs w:val="24"/>
        </w:rPr>
        <w:t> Expand access to timely behavioral health consultation, clinical services or other specialized expertise that helps educators and providers address children's needs.</w:t>
      </w:r>
    </w:p>
    <w:p w14:paraId="47F0BEA0" w14:textId="38109051" w:rsidR="006A1CBE" w:rsidRDefault="00F565BB" w:rsidP="006A1CBE">
      <w:pPr>
        <w:pStyle w:val="Heading2"/>
        <w:numPr>
          <w:ilvl w:val="0"/>
          <w:numId w:val="34"/>
        </w:numPr>
        <w:spacing w:before="180" w:after="80"/>
        <w:rPr>
          <w:rFonts w:ascii="Arial Nova" w:hAnsi="Arial Nova"/>
          <w:b w:val="0"/>
          <w:bCs w:val="0"/>
          <w:sz w:val="22"/>
          <w:szCs w:val="24"/>
        </w:rPr>
      </w:pPr>
      <w:r w:rsidRPr="009233CD">
        <w:rPr>
          <w:rFonts w:ascii="Arial Nova" w:hAnsi="Arial Nova"/>
          <w:sz w:val="22"/>
          <w:szCs w:val="24"/>
        </w:rPr>
        <w:t>Strengthen provider response.</w:t>
      </w:r>
      <w:r w:rsidRPr="00F565BB">
        <w:rPr>
          <w:rFonts w:ascii="Arial Nova" w:hAnsi="Arial Nova"/>
          <w:b w:val="0"/>
          <w:bCs w:val="0"/>
          <w:sz w:val="22"/>
          <w:szCs w:val="24"/>
        </w:rPr>
        <w:t> Help early education providers establish or improve practices, tools and partnerships that allow them to identify needs earlier, respond more consistently and connect children and families with appropriate supports.</w:t>
      </w:r>
    </w:p>
    <w:p w14:paraId="45E819FF" w14:textId="0C28823A" w:rsidR="006A1CBE" w:rsidRPr="006A1CBE" w:rsidRDefault="006A1CBE" w:rsidP="006A1CBE">
      <w:pPr>
        <w:rPr>
          <w:rFonts w:ascii="Arial Nova" w:hAnsi="Arial Nova"/>
          <w:sz w:val="22"/>
        </w:rPr>
      </w:pPr>
      <w:r w:rsidRPr="006A1CBE">
        <w:rPr>
          <w:rFonts w:ascii="Arial Nova" w:hAnsi="Arial Nova"/>
          <w:sz w:val="22"/>
        </w:rPr>
        <w:t>Collectively, these investments should contribute to greater classroom stability, including fewer behavioral disruptions that interfere with learning, more consistent participation in early education, and stronger provider practices for supporting children with behavioral and social-emotional needs.</w:t>
      </w:r>
    </w:p>
    <w:p w14:paraId="77CA9353" w14:textId="4C43C0A3" w:rsidR="006A1CBE" w:rsidRPr="006A1CBE" w:rsidRDefault="006A1CBE" w:rsidP="006A1CBE">
      <w:pPr>
        <w:pStyle w:val="Heading2"/>
        <w:rPr>
          <w:rFonts w:ascii="Arial Nova" w:hAnsi="Arial Nova"/>
        </w:rPr>
      </w:pPr>
      <w:r w:rsidRPr="006A1CBE">
        <w:rPr>
          <w:rFonts w:ascii="Arial Nova" w:hAnsi="Arial Nova"/>
        </w:rPr>
        <w:t>Shared Learning Goal</w:t>
      </w:r>
    </w:p>
    <w:p w14:paraId="53F68A52" w14:textId="3182BDBB" w:rsidR="006A1CBE" w:rsidRPr="006A1CBE" w:rsidRDefault="006A1CBE" w:rsidP="006A1CBE">
      <w:pPr>
        <w:rPr>
          <w:rFonts w:ascii="Arial Nova" w:hAnsi="Arial Nova"/>
          <w:sz w:val="22"/>
        </w:rPr>
      </w:pPr>
      <w:r w:rsidRPr="006A1CBE">
        <w:rPr>
          <w:rFonts w:ascii="Arial Nova" w:hAnsi="Arial Nova"/>
          <w:sz w:val="22"/>
        </w:rPr>
        <w:t>In addition to the results of individual projects, funded partners will contribute to a shared effort to better understand the behavioral and social-emotional challenges affecting early education settings, which approaches are most effective in strengthening educator and provider response, and what barriers limit access to timely support. United Way will coordinate this learning effort through shared measures, partner experiences and opportunities for collaboration among funded organizations.</w:t>
      </w:r>
    </w:p>
    <w:p w14:paraId="0F8E65D2" w14:textId="7F35C64B" w:rsidR="00D85848" w:rsidRPr="007F2160" w:rsidRDefault="001D6B23">
      <w:pPr>
        <w:pStyle w:val="Heading2"/>
        <w:spacing w:before="180" w:after="80"/>
        <w:rPr>
          <w:rFonts w:ascii="Arial Nova" w:hAnsi="Arial Nova"/>
        </w:rPr>
      </w:pPr>
      <w:r w:rsidRPr="007F2160">
        <w:rPr>
          <w:rFonts w:ascii="Arial Nova" w:eastAsia="Arial" w:hAnsi="Arial Nova"/>
        </w:rPr>
        <w:t>Who May Apply</w:t>
      </w:r>
      <w:bookmarkEnd w:id="14"/>
    </w:p>
    <w:p w14:paraId="64E4F1E5" w14:textId="2E1FB4B4" w:rsidR="00D85848" w:rsidRPr="00480D9A" w:rsidRDefault="6F048738" w:rsidP="2C4AE326">
      <w:pPr>
        <w:pStyle w:val="ListBullet"/>
        <w:keepLines/>
        <w:spacing w:after="60" w:line="252" w:lineRule="auto"/>
        <w:rPr>
          <w:rFonts w:ascii="Arial Nova" w:hAnsi="Arial Nova"/>
          <w:sz w:val="22"/>
        </w:rPr>
      </w:pPr>
      <w:r w:rsidRPr="3C3D2F7F">
        <w:rPr>
          <w:rFonts w:ascii="Arial Nova" w:hAnsi="Arial Nova"/>
          <w:sz w:val="22"/>
        </w:rPr>
        <w:t xml:space="preserve">Organizations that provide </w:t>
      </w:r>
      <w:r w:rsidR="06366A51" w:rsidRPr="3C3D2F7F">
        <w:rPr>
          <w:rFonts w:ascii="Arial Nova" w:hAnsi="Arial Nova"/>
          <w:sz w:val="22"/>
        </w:rPr>
        <w:t>high-quality</w:t>
      </w:r>
      <w:r w:rsidR="23105C5F" w:rsidRPr="3C3D2F7F">
        <w:rPr>
          <w:rFonts w:ascii="Arial Nova" w:hAnsi="Arial Nova"/>
          <w:sz w:val="22"/>
        </w:rPr>
        <w:t xml:space="preserve"> </w:t>
      </w:r>
      <w:r w:rsidRPr="3C3D2F7F">
        <w:rPr>
          <w:rFonts w:ascii="Arial Nova" w:hAnsi="Arial Nova"/>
          <w:sz w:val="22"/>
        </w:rPr>
        <w:t>early education</w:t>
      </w:r>
      <w:r w:rsidR="23105C5F" w:rsidRPr="3C3D2F7F">
        <w:rPr>
          <w:rFonts w:ascii="Arial Nova" w:hAnsi="Arial Nova"/>
          <w:sz w:val="22"/>
        </w:rPr>
        <w:t xml:space="preserve"> </w:t>
      </w:r>
      <w:r w:rsidRPr="3C3D2F7F">
        <w:rPr>
          <w:rFonts w:ascii="Arial Nova" w:hAnsi="Arial Nova"/>
          <w:sz w:val="22"/>
        </w:rPr>
        <w:t>services</w:t>
      </w:r>
    </w:p>
    <w:p w14:paraId="69C94631" w14:textId="77777777" w:rsidR="00480D9A" w:rsidRDefault="001D6B23" w:rsidP="2C4AE326">
      <w:pPr>
        <w:pStyle w:val="ListBullet"/>
        <w:keepLines/>
        <w:spacing w:after="60" w:line="252" w:lineRule="auto"/>
        <w:rPr>
          <w:rFonts w:ascii="Arial Nova" w:hAnsi="Arial Nova"/>
          <w:sz w:val="22"/>
          <w:szCs w:val="24"/>
        </w:rPr>
      </w:pPr>
      <w:r w:rsidRPr="00480D9A">
        <w:rPr>
          <w:rFonts w:ascii="Arial Nova" w:hAnsi="Arial Nova"/>
          <w:sz w:val="22"/>
          <w:szCs w:val="24"/>
        </w:rPr>
        <w:t>Organizations that train, coach, consult with or otherwise support early education providers and educators</w:t>
      </w:r>
    </w:p>
    <w:p w14:paraId="084F3BEF" w14:textId="1C907D3F" w:rsidR="00D85848" w:rsidRPr="00480D9A" w:rsidRDefault="001D6B23" w:rsidP="672F5DD4">
      <w:pPr>
        <w:pStyle w:val="ListBullet"/>
        <w:keepLines/>
        <w:spacing w:after="60" w:line="252" w:lineRule="auto"/>
        <w:rPr>
          <w:rFonts w:ascii="Arial Nova" w:hAnsi="Arial Nova"/>
          <w:sz w:val="22"/>
        </w:rPr>
      </w:pPr>
      <w:r w:rsidRPr="672F5DD4">
        <w:rPr>
          <w:rFonts w:ascii="Arial Nova" w:hAnsi="Arial Nova"/>
          <w:sz w:val="22"/>
        </w:rPr>
        <w:t xml:space="preserve">Organizations </w:t>
      </w:r>
      <w:r w:rsidR="00EF7AF6" w:rsidRPr="672F5DD4">
        <w:rPr>
          <w:rFonts w:ascii="Arial Nova" w:hAnsi="Arial Nova"/>
          <w:sz w:val="22"/>
        </w:rPr>
        <w:t>that provide</w:t>
      </w:r>
      <w:r w:rsidRPr="672F5DD4">
        <w:rPr>
          <w:rFonts w:ascii="Arial Nova" w:hAnsi="Arial Nova"/>
          <w:sz w:val="22"/>
        </w:rPr>
        <w:t xml:space="preserve"> behavioral</w:t>
      </w:r>
      <w:r w:rsidR="00EF7AF6" w:rsidRPr="672F5DD4">
        <w:rPr>
          <w:rFonts w:ascii="Arial Nova" w:hAnsi="Arial Nova"/>
          <w:sz w:val="22"/>
        </w:rPr>
        <w:t xml:space="preserve"> </w:t>
      </w:r>
      <w:r w:rsidRPr="672F5DD4">
        <w:rPr>
          <w:rFonts w:ascii="Arial Nova" w:hAnsi="Arial Nova"/>
          <w:sz w:val="22"/>
        </w:rPr>
        <w:t>health or clinical services in partnership with early education providers</w:t>
      </w:r>
    </w:p>
    <w:p w14:paraId="62BB049B" w14:textId="77777777" w:rsidR="00D85848" w:rsidRPr="007F2160" w:rsidRDefault="001D6B23">
      <w:pPr>
        <w:pStyle w:val="Heading2"/>
        <w:spacing w:before="180" w:after="80"/>
        <w:rPr>
          <w:rFonts w:ascii="Arial Nova" w:hAnsi="Arial Nova"/>
        </w:rPr>
      </w:pPr>
      <w:bookmarkStart w:id="15" w:name="_Toc242453368"/>
      <w:r w:rsidRPr="007F2160">
        <w:rPr>
          <w:rFonts w:ascii="Arial Nova" w:eastAsia="Arial" w:hAnsi="Arial Nova"/>
        </w:rPr>
        <w:t>Examples of Eligible Approaches</w:t>
      </w:r>
      <w:bookmarkEnd w:id="15"/>
    </w:p>
    <w:p w14:paraId="3BACA4C5" w14:textId="77777777" w:rsidR="00D85848" w:rsidRPr="00480D9A" w:rsidRDefault="001D6B23">
      <w:pPr>
        <w:keepLines/>
        <w:rPr>
          <w:rFonts w:ascii="Arial Nova" w:hAnsi="Arial Nova"/>
          <w:sz w:val="22"/>
          <w:szCs w:val="24"/>
        </w:rPr>
      </w:pPr>
      <w:r w:rsidRPr="00480D9A">
        <w:rPr>
          <w:rFonts w:ascii="Arial Nova" w:hAnsi="Arial Nova"/>
          <w:sz w:val="22"/>
          <w:szCs w:val="24"/>
        </w:rPr>
        <w:t>Eligible approaches may include, but are not limited to:</w:t>
      </w:r>
    </w:p>
    <w:p w14:paraId="5EEB7DCF" w14:textId="77777777" w:rsidR="00480D9A" w:rsidRDefault="001D6B23" w:rsidP="00480D9A">
      <w:pPr>
        <w:pStyle w:val="ListBullet"/>
        <w:keepLines/>
        <w:numPr>
          <w:ilvl w:val="0"/>
          <w:numId w:val="16"/>
        </w:numPr>
        <w:spacing w:after="60" w:line="252" w:lineRule="auto"/>
        <w:rPr>
          <w:rFonts w:ascii="Arial Nova" w:hAnsi="Arial Nova"/>
          <w:sz w:val="22"/>
          <w:szCs w:val="24"/>
        </w:rPr>
      </w:pPr>
      <w:r w:rsidRPr="00480D9A">
        <w:rPr>
          <w:rFonts w:ascii="Arial Nova" w:hAnsi="Arial Nova"/>
          <w:sz w:val="22"/>
          <w:szCs w:val="24"/>
        </w:rPr>
        <w:t>Training, coaching or consultation that strengthens educator practices</w:t>
      </w:r>
    </w:p>
    <w:p w14:paraId="65DCE0B8" w14:textId="2183C142" w:rsidR="00480D9A" w:rsidRDefault="001D6B23" w:rsidP="00480D9A">
      <w:pPr>
        <w:pStyle w:val="ListBullet"/>
        <w:keepLines/>
        <w:numPr>
          <w:ilvl w:val="0"/>
          <w:numId w:val="16"/>
        </w:numPr>
        <w:spacing w:after="60" w:line="252" w:lineRule="auto"/>
        <w:rPr>
          <w:rFonts w:ascii="Arial Nova" w:hAnsi="Arial Nova"/>
          <w:sz w:val="22"/>
          <w:szCs w:val="24"/>
        </w:rPr>
      </w:pPr>
      <w:r w:rsidRPr="00480D9A">
        <w:rPr>
          <w:rFonts w:ascii="Arial Nova" w:hAnsi="Arial Nova"/>
          <w:sz w:val="22"/>
          <w:szCs w:val="24"/>
        </w:rPr>
        <w:t>Behavioral</w:t>
      </w:r>
      <w:r w:rsidR="00EF7AF6">
        <w:rPr>
          <w:rFonts w:ascii="Arial Nova" w:hAnsi="Arial Nova"/>
          <w:sz w:val="22"/>
          <w:szCs w:val="24"/>
        </w:rPr>
        <w:t xml:space="preserve"> </w:t>
      </w:r>
      <w:r w:rsidRPr="00480D9A">
        <w:rPr>
          <w:rFonts w:ascii="Arial Nova" w:hAnsi="Arial Nova"/>
          <w:sz w:val="22"/>
          <w:szCs w:val="24"/>
        </w:rPr>
        <w:t>health consultation or direct clinical services for children in early education settings</w:t>
      </w:r>
    </w:p>
    <w:p w14:paraId="5D0FD06E" w14:textId="4CB9325C" w:rsidR="00480D9A" w:rsidRDefault="001D6B23" w:rsidP="00480D9A">
      <w:pPr>
        <w:pStyle w:val="ListBullet"/>
        <w:keepLines/>
        <w:numPr>
          <w:ilvl w:val="0"/>
          <w:numId w:val="16"/>
        </w:numPr>
        <w:spacing w:after="60" w:line="252" w:lineRule="auto"/>
        <w:rPr>
          <w:rFonts w:ascii="Arial Nova" w:hAnsi="Arial Nova"/>
          <w:sz w:val="22"/>
          <w:szCs w:val="24"/>
        </w:rPr>
      </w:pPr>
      <w:r w:rsidRPr="00480D9A">
        <w:rPr>
          <w:rFonts w:ascii="Arial Nova" w:hAnsi="Arial Nova"/>
          <w:sz w:val="22"/>
          <w:szCs w:val="24"/>
        </w:rPr>
        <w:t>Tools, curricula, protocols or shared practices that improve responses to behavioral and social-emotional needs</w:t>
      </w:r>
    </w:p>
    <w:p w14:paraId="2645AA96" w14:textId="77777777" w:rsidR="00480D9A" w:rsidRDefault="001D6B23" w:rsidP="00480D9A">
      <w:pPr>
        <w:pStyle w:val="ListBullet"/>
        <w:keepLines/>
        <w:numPr>
          <w:ilvl w:val="0"/>
          <w:numId w:val="16"/>
        </w:numPr>
        <w:spacing w:after="60" w:line="252" w:lineRule="auto"/>
        <w:rPr>
          <w:rFonts w:ascii="Arial Nova" w:hAnsi="Arial Nova"/>
          <w:sz w:val="22"/>
          <w:szCs w:val="24"/>
        </w:rPr>
      </w:pPr>
      <w:r w:rsidRPr="00480D9A">
        <w:rPr>
          <w:rFonts w:ascii="Arial Nova" w:hAnsi="Arial Nova"/>
          <w:sz w:val="22"/>
          <w:szCs w:val="24"/>
        </w:rPr>
        <w:t>Partnerships that improve access to specialized expertise or timely support</w:t>
      </w:r>
    </w:p>
    <w:p w14:paraId="08837E31" w14:textId="47C33143" w:rsidR="00D85848" w:rsidRPr="00480D9A" w:rsidRDefault="001D6B23" w:rsidP="00480D9A">
      <w:pPr>
        <w:pStyle w:val="ListBullet"/>
        <w:keepLines/>
        <w:numPr>
          <w:ilvl w:val="0"/>
          <w:numId w:val="16"/>
        </w:numPr>
        <w:spacing w:after="60" w:line="252" w:lineRule="auto"/>
        <w:rPr>
          <w:rFonts w:ascii="Arial Nova" w:hAnsi="Arial Nova"/>
          <w:sz w:val="22"/>
          <w:szCs w:val="24"/>
        </w:rPr>
      </w:pPr>
      <w:r w:rsidRPr="00480D9A">
        <w:rPr>
          <w:rFonts w:ascii="Arial Nova" w:hAnsi="Arial Nova"/>
          <w:sz w:val="22"/>
          <w:szCs w:val="24"/>
        </w:rPr>
        <w:t>Staffing, technology, equipment or other capacity needed to implement the proposed response</w:t>
      </w:r>
    </w:p>
    <w:p w14:paraId="378CC2BE" w14:textId="77777777" w:rsidR="00D85848" w:rsidRPr="007F2160" w:rsidRDefault="001D6B23">
      <w:pPr>
        <w:pStyle w:val="Heading2"/>
        <w:spacing w:before="180" w:after="80"/>
        <w:rPr>
          <w:rFonts w:ascii="Arial Nova" w:hAnsi="Arial Nova"/>
        </w:rPr>
      </w:pPr>
      <w:bookmarkStart w:id="16" w:name="_Toc242453369"/>
      <w:r w:rsidRPr="007F2160">
        <w:rPr>
          <w:rFonts w:ascii="Arial Nova" w:eastAsia="Arial" w:hAnsi="Arial Nova"/>
        </w:rPr>
        <w:t>What a Strong Proposal Will Explain</w:t>
      </w:r>
      <w:bookmarkEnd w:id="16"/>
    </w:p>
    <w:p w14:paraId="2E17BB8E" w14:textId="6EAB8B3E" w:rsidR="00D85848" w:rsidRDefault="001D6B23" w:rsidP="00480D9A">
      <w:pPr>
        <w:pStyle w:val="ListBullet"/>
        <w:keepLines/>
        <w:numPr>
          <w:ilvl w:val="0"/>
          <w:numId w:val="17"/>
        </w:numPr>
        <w:spacing w:after="60" w:line="252" w:lineRule="auto"/>
        <w:rPr>
          <w:rFonts w:ascii="Arial Nova" w:hAnsi="Arial Nova"/>
          <w:sz w:val="22"/>
          <w:szCs w:val="24"/>
        </w:rPr>
      </w:pPr>
      <w:r w:rsidRPr="00480D9A">
        <w:rPr>
          <w:rFonts w:ascii="Arial Nova" w:hAnsi="Arial Nova"/>
          <w:sz w:val="22"/>
          <w:szCs w:val="24"/>
        </w:rPr>
        <w:t xml:space="preserve">The </w:t>
      </w:r>
      <w:r w:rsidR="00A80702">
        <w:rPr>
          <w:rFonts w:ascii="Arial Nova" w:hAnsi="Arial Nova"/>
          <w:sz w:val="22"/>
          <w:szCs w:val="24"/>
        </w:rPr>
        <w:t xml:space="preserve">specific </w:t>
      </w:r>
      <w:r w:rsidRPr="00480D9A">
        <w:rPr>
          <w:rFonts w:ascii="Arial Nova" w:hAnsi="Arial Nova"/>
          <w:sz w:val="22"/>
          <w:szCs w:val="24"/>
        </w:rPr>
        <w:t>behavioral or social-emotional needs affecting children's learning and how those needs are changing</w:t>
      </w:r>
    </w:p>
    <w:p w14:paraId="203639BD" w14:textId="77777777" w:rsidR="00172EC4" w:rsidRPr="00172EC4" w:rsidRDefault="00A80702" w:rsidP="00172EC4">
      <w:pPr>
        <w:pStyle w:val="ListBullet"/>
        <w:keepLines/>
        <w:numPr>
          <w:ilvl w:val="0"/>
          <w:numId w:val="17"/>
        </w:numPr>
        <w:spacing w:after="60" w:line="252" w:lineRule="auto"/>
        <w:rPr>
          <w:rFonts w:ascii="Arial Nova" w:hAnsi="Arial Nova"/>
          <w:sz w:val="22"/>
        </w:rPr>
      </w:pPr>
      <w:r w:rsidRPr="00A80702">
        <w:rPr>
          <w:rFonts w:ascii="Arial Nova" w:hAnsi="Arial Nova"/>
          <w:sz w:val="22"/>
          <w:szCs w:val="24"/>
        </w:rPr>
        <w:t>The number of educators, providers or children expected to benefit and the current level of support available</w:t>
      </w:r>
    </w:p>
    <w:p w14:paraId="347B4463" w14:textId="2C6455A4" w:rsidR="00172EC4" w:rsidRPr="00172EC4" w:rsidRDefault="00172EC4" w:rsidP="00172EC4">
      <w:pPr>
        <w:pStyle w:val="ListBullet"/>
        <w:keepLines/>
        <w:numPr>
          <w:ilvl w:val="0"/>
          <w:numId w:val="17"/>
        </w:numPr>
        <w:spacing w:after="60" w:line="252" w:lineRule="auto"/>
        <w:rPr>
          <w:rFonts w:ascii="Arial Nova" w:hAnsi="Arial Nova"/>
          <w:sz w:val="22"/>
        </w:rPr>
      </w:pPr>
      <w:r w:rsidRPr="00172EC4">
        <w:rPr>
          <w:rFonts w:ascii="Arial Nova" w:hAnsi="Arial Nova"/>
          <w:sz w:val="22"/>
        </w:rPr>
        <w:t>How the proposed work will improve educator practices, access to specialized services or provider response</w:t>
      </w:r>
    </w:p>
    <w:p w14:paraId="77FB4AB3" w14:textId="77777777" w:rsidR="00172EC4" w:rsidRPr="00172EC4" w:rsidRDefault="00172EC4" w:rsidP="00172EC4">
      <w:pPr>
        <w:pStyle w:val="ListBullet"/>
        <w:keepLines/>
        <w:numPr>
          <w:ilvl w:val="0"/>
          <w:numId w:val="17"/>
        </w:numPr>
        <w:spacing w:after="60" w:line="252" w:lineRule="auto"/>
        <w:rPr>
          <w:rFonts w:ascii="Arial Nova" w:hAnsi="Arial Nova"/>
          <w:sz w:val="22"/>
          <w:szCs w:val="24"/>
        </w:rPr>
      </w:pPr>
      <w:r w:rsidRPr="00172EC4">
        <w:rPr>
          <w:rFonts w:ascii="Arial Nova" w:hAnsi="Arial Nova"/>
          <w:sz w:val="22"/>
          <w:szCs w:val="24"/>
        </w:rPr>
        <w:t>What measurable changes are expected during the grant period and how those changes will be assessed</w:t>
      </w:r>
    </w:p>
    <w:p w14:paraId="7DD235AA" w14:textId="163FF19C" w:rsidR="00A80702" w:rsidRPr="00A80702" w:rsidRDefault="3895C1A8" w:rsidP="3C3D2F7F">
      <w:pPr>
        <w:pStyle w:val="ListBullet"/>
        <w:keepLines/>
        <w:spacing w:after="60" w:line="252" w:lineRule="auto"/>
        <w:rPr>
          <w:rFonts w:ascii="Arial Nova" w:hAnsi="Arial Nova"/>
          <w:sz w:val="22"/>
        </w:rPr>
      </w:pPr>
      <w:r w:rsidRPr="3C3D2F7F">
        <w:rPr>
          <w:rFonts w:ascii="Arial Nova" w:hAnsi="Arial Nova"/>
          <w:sz w:val="22"/>
        </w:rPr>
        <w:t>How the improvements or resources developed through the investment may continue to benefit providers and children after the grant ends</w:t>
      </w:r>
    </w:p>
    <w:p w14:paraId="0AC68A38" w14:textId="77777777" w:rsidR="00D85848" w:rsidRPr="000211D6" w:rsidRDefault="001D6B23">
      <w:pPr>
        <w:pStyle w:val="Heading1"/>
        <w:spacing w:before="240" w:after="120"/>
        <w:rPr>
          <w:rFonts w:ascii="Arial Nova" w:hAnsi="Arial Nova"/>
          <w:sz w:val="28"/>
          <w:szCs w:val="20"/>
          <w:u w:val="single"/>
        </w:rPr>
      </w:pPr>
      <w:bookmarkStart w:id="17" w:name="_Toc242453370"/>
      <w:r w:rsidRPr="000211D6">
        <w:rPr>
          <w:rFonts w:ascii="Arial Nova" w:eastAsia="Arial" w:hAnsi="Arial Nova"/>
          <w:sz w:val="28"/>
          <w:szCs w:val="20"/>
          <w:u w:val="single"/>
        </w:rPr>
        <w:t>Financial Empowerment Priority</w:t>
      </w:r>
      <w:bookmarkEnd w:id="17"/>
    </w:p>
    <w:p w14:paraId="4455B8A8" w14:textId="2274CB46" w:rsidR="00F2186B" w:rsidRPr="00F2186B" w:rsidRDefault="058940DE" w:rsidP="00F2186B">
      <w:pPr>
        <w:keepLines/>
        <w:rPr>
          <w:rFonts w:ascii="Arial Nova" w:hAnsi="Arial Nova"/>
          <w:sz w:val="22"/>
        </w:rPr>
      </w:pPr>
      <w:r w:rsidRPr="3C3D2F7F">
        <w:rPr>
          <w:rFonts w:ascii="Arial Nova" w:hAnsi="Arial Nova"/>
          <w:sz w:val="22"/>
        </w:rPr>
        <w:t xml:space="preserve">United Way intends </w:t>
      </w:r>
      <w:r w:rsidR="5658C232" w:rsidRPr="3C3D2F7F">
        <w:rPr>
          <w:rFonts w:ascii="Arial Nova" w:hAnsi="Arial Nova"/>
          <w:sz w:val="22"/>
        </w:rPr>
        <w:t xml:space="preserve">to invest </w:t>
      </w:r>
      <w:r w:rsidRPr="3C3D2F7F">
        <w:rPr>
          <w:rFonts w:ascii="Arial Nova" w:hAnsi="Arial Nova"/>
          <w:sz w:val="22"/>
        </w:rPr>
        <w:t>in a portfolio of projects that will strengthen the local food ecosystem's ability to respond to increasing food needs and costs. The goal is to help organizations meet more of the immediate food needs in our community while improving how existing resources are acquired, shared and distributed, ultimately creating a more effective and sustainable community food-support system.</w:t>
      </w:r>
    </w:p>
    <w:p w14:paraId="2799D428" w14:textId="77777777" w:rsidR="00F2186B" w:rsidRPr="00F2186B" w:rsidRDefault="00F2186B" w:rsidP="00F2186B">
      <w:pPr>
        <w:keepLines/>
        <w:rPr>
          <w:rFonts w:ascii="Arial Nova" w:hAnsi="Arial Nova"/>
          <w:sz w:val="22"/>
          <w:szCs w:val="24"/>
        </w:rPr>
      </w:pPr>
      <w:r w:rsidRPr="00F2186B">
        <w:rPr>
          <w:rFonts w:ascii="Arial Nova" w:hAnsi="Arial Nova"/>
          <w:sz w:val="22"/>
          <w:szCs w:val="24"/>
        </w:rPr>
        <w:t>United Way will seek a portfolio of investments that collectively contribute to one or more of the following goals:</w:t>
      </w:r>
    </w:p>
    <w:p w14:paraId="536CD52D" w14:textId="77777777" w:rsidR="00F2186B" w:rsidRPr="00F2186B" w:rsidRDefault="00F2186B" w:rsidP="00F2186B">
      <w:pPr>
        <w:keepLines/>
        <w:numPr>
          <w:ilvl w:val="0"/>
          <w:numId w:val="36"/>
        </w:numPr>
        <w:rPr>
          <w:rFonts w:ascii="Arial Nova" w:hAnsi="Arial Nova"/>
          <w:sz w:val="22"/>
          <w:szCs w:val="24"/>
        </w:rPr>
      </w:pPr>
      <w:r w:rsidRPr="00F2186B">
        <w:rPr>
          <w:rFonts w:ascii="Arial Nova" w:hAnsi="Arial Nova"/>
          <w:b/>
          <w:bCs/>
          <w:sz w:val="22"/>
          <w:szCs w:val="24"/>
        </w:rPr>
        <w:t>Meet more immediate food needs.</w:t>
      </w:r>
      <w:r w:rsidRPr="00F2186B">
        <w:rPr>
          <w:rFonts w:ascii="Arial Nova" w:hAnsi="Arial Nova"/>
          <w:sz w:val="22"/>
          <w:szCs w:val="24"/>
        </w:rPr>
        <w:t> Increase the amount of food reaching individuals and families experiencing food insecurity, particularly where existing resources are insufficient to meet demand.</w:t>
      </w:r>
    </w:p>
    <w:p w14:paraId="113B069A" w14:textId="77777777" w:rsidR="00F2186B" w:rsidRPr="00F2186B" w:rsidRDefault="00F2186B" w:rsidP="00F2186B">
      <w:pPr>
        <w:keepLines/>
        <w:numPr>
          <w:ilvl w:val="0"/>
          <w:numId w:val="36"/>
        </w:numPr>
        <w:rPr>
          <w:rFonts w:ascii="Arial Nova" w:hAnsi="Arial Nova"/>
          <w:sz w:val="22"/>
          <w:szCs w:val="24"/>
        </w:rPr>
      </w:pPr>
      <w:r w:rsidRPr="00F2186B">
        <w:rPr>
          <w:rFonts w:ascii="Arial Nova" w:hAnsi="Arial Nova"/>
          <w:b/>
          <w:bCs/>
          <w:sz w:val="22"/>
          <w:szCs w:val="24"/>
        </w:rPr>
        <w:t>Make existing resources go further.</w:t>
      </w:r>
      <w:r w:rsidRPr="00F2186B">
        <w:rPr>
          <w:rFonts w:ascii="Arial Nova" w:hAnsi="Arial Nova"/>
          <w:sz w:val="22"/>
          <w:szCs w:val="24"/>
        </w:rPr>
        <w:t> Help organizations increase the amount of food they can access or distribute through more cost-effective approaches, expanded food rescue, improved storage or distribution capacity, or access to additional food resources.</w:t>
      </w:r>
    </w:p>
    <w:p w14:paraId="207900F6" w14:textId="77777777" w:rsidR="00F2186B" w:rsidRPr="00F2186B" w:rsidRDefault="00F2186B" w:rsidP="00F2186B">
      <w:pPr>
        <w:keepLines/>
        <w:numPr>
          <w:ilvl w:val="0"/>
          <w:numId w:val="36"/>
        </w:numPr>
        <w:rPr>
          <w:rFonts w:ascii="Arial Nova" w:hAnsi="Arial Nova"/>
          <w:sz w:val="22"/>
          <w:szCs w:val="24"/>
        </w:rPr>
      </w:pPr>
      <w:r w:rsidRPr="00F2186B">
        <w:rPr>
          <w:rFonts w:ascii="Arial Nova" w:hAnsi="Arial Nova"/>
          <w:b/>
          <w:bCs/>
          <w:sz w:val="22"/>
          <w:szCs w:val="24"/>
        </w:rPr>
        <w:t>Strengthen the local food network.</w:t>
      </w:r>
      <w:r w:rsidRPr="00F2186B">
        <w:rPr>
          <w:rFonts w:ascii="Arial Nova" w:hAnsi="Arial Nova"/>
          <w:sz w:val="22"/>
          <w:szCs w:val="24"/>
        </w:rPr>
        <w:t> Improve coordination and partnerships among food providers and related organizations to reduce duplication, address gaps in distribution and connect more providers to shared resources and infrastructure.</w:t>
      </w:r>
    </w:p>
    <w:p w14:paraId="2CE0548B" w14:textId="5479A4DE" w:rsidR="00F2186B" w:rsidRDefault="00F2186B">
      <w:pPr>
        <w:keepLines/>
        <w:rPr>
          <w:rFonts w:ascii="Arial Nova" w:hAnsi="Arial Nova"/>
          <w:sz w:val="22"/>
          <w:szCs w:val="24"/>
        </w:rPr>
      </w:pPr>
      <w:r w:rsidRPr="00F2186B">
        <w:rPr>
          <w:rFonts w:ascii="Arial Nova" w:hAnsi="Arial Nova"/>
          <w:sz w:val="22"/>
          <w:szCs w:val="24"/>
        </w:rPr>
        <w:t>Collectively, these investments should help more families access the food they need while strengthening the food ecosystem's ability to meet ongoing demand with greater efficiency and coordination.</w:t>
      </w:r>
    </w:p>
    <w:p w14:paraId="02380E7C" w14:textId="30ADC563" w:rsidR="00256F46" w:rsidRPr="00737722" w:rsidRDefault="00256F46" w:rsidP="00737722">
      <w:pPr>
        <w:pStyle w:val="Heading2"/>
        <w:rPr>
          <w:rFonts w:ascii="Arial" w:hAnsi="Arial" w:cs="Arial"/>
        </w:rPr>
      </w:pPr>
      <w:r w:rsidRPr="00737722">
        <w:rPr>
          <w:rFonts w:ascii="Arial" w:hAnsi="Arial" w:cs="Arial"/>
        </w:rPr>
        <w:t>Shared Learning Goal</w:t>
      </w:r>
    </w:p>
    <w:p w14:paraId="61ABD8D4" w14:textId="3B90663E" w:rsidR="00256F46" w:rsidRPr="00480D9A" w:rsidRDefault="00256F46" w:rsidP="00256F46">
      <w:pPr>
        <w:keepLines/>
        <w:rPr>
          <w:rFonts w:ascii="Arial Nova" w:hAnsi="Arial Nova"/>
          <w:sz w:val="22"/>
          <w:szCs w:val="24"/>
        </w:rPr>
      </w:pPr>
      <w:r w:rsidRPr="00256F46">
        <w:rPr>
          <w:rFonts w:ascii="Arial Nova" w:hAnsi="Arial Nova"/>
          <w:sz w:val="22"/>
          <w:szCs w:val="24"/>
        </w:rPr>
        <w:t>In addition to the results of individual projects, funded partners will contribute to a shared effort to better understand unmet food needs across the community, including where gaps exist, what types of food and services residents need, and what barriers prevent existing resources from reaching them. United Way will coordinate this learning effort through shared data, resident feedback and opportunities for collaboration among funded partners.</w:t>
      </w:r>
    </w:p>
    <w:p w14:paraId="1277254D" w14:textId="77777777" w:rsidR="00D85848" w:rsidRPr="007F2160" w:rsidRDefault="001D6B23">
      <w:pPr>
        <w:pStyle w:val="Heading2"/>
        <w:spacing w:before="180" w:after="80"/>
        <w:rPr>
          <w:rFonts w:ascii="Arial Nova" w:hAnsi="Arial Nova"/>
        </w:rPr>
      </w:pPr>
      <w:bookmarkStart w:id="18" w:name="_Toc242453371"/>
      <w:r w:rsidRPr="007F2160">
        <w:rPr>
          <w:rFonts w:ascii="Arial Nova" w:eastAsia="Arial" w:hAnsi="Arial Nova"/>
        </w:rPr>
        <w:t>Who May Apply</w:t>
      </w:r>
      <w:bookmarkEnd w:id="18"/>
    </w:p>
    <w:p w14:paraId="7FDEB82F" w14:textId="77777777" w:rsidR="00D85848" w:rsidRPr="00480D9A" w:rsidRDefault="001D6B23">
      <w:pPr>
        <w:keepLines/>
        <w:rPr>
          <w:rFonts w:ascii="Arial Nova" w:hAnsi="Arial Nova"/>
          <w:sz w:val="22"/>
          <w:szCs w:val="24"/>
        </w:rPr>
      </w:pPr>
      <w:r w:rsidRPr="00480D9A">
        <w:rPr>
          <w:rFonts w:ascii="Arial Nova" w:hAnsi="Arial Nova"/>
          <w:sz w:val="22"/>
          <w:szCs w:val="24"/>
        </w:rPr>
        <w:t>Eligible applicants may provide food access services, coordinate food distribution, support food acquisition or rescue, provide logistics or infrastructure, connect people with food resources, or otherwise contribute to the local food ecosystem.</w:t>
      </w:r>
    </w:p>
    <w:p w14:paraId="1E4CF2A4" w14:textId="77777777" w:rsidR="00D85848" w:rsidRPr="007F2160" w:rsidRDefault="001D6B23">
      <w:pPr>
        <w:pStyle w:val="Heading2"/>
        <w:spacing w:before="180" w:after="80"/>
        <w:rPr>
          <w:rFonts w:ascii="Arial Nova" w:hAnsi="Arial Nova"/>
        </w:rPr>
      </w:pPr>
      <w:bookmarkStart w:id="19" w:name="_Toc242453372"/>
      <w:r w:rsidRPr="007F2160">
        <w:rPr>
          <w:rFonts w:ascii="Arial Nova" w:eastAsia="Arial" w:hAnsi="Arial Nova"/>
        </w:rPr>
        <w:t>Partnership Expectations</w:t>
      </w:r>
      <w:bookmarkEnd w:id="19"/>
    </w:p>
    <w:p w14:paraId="090531F5" w14:textId="77777777" w:rsidR="00D85848" w:rsidRPr="00480D9A" w:rsidRDefault="001D6B23">
      <w:pPr>
        <w:keepLines/>
        <w:rPr>
          <w:rFonts w:ascii="Arial Nova" w:hAnsi="Arial Nova"/>
          <w:sz w:val="22"/>
          <w:szCs w:val="24"/>
        </w:rPr>
      </w:pPr>
      <w:r w:rsidRPr="00480D9A">
        <w:rPr>
          <w:rFonts w:ascii="Arial Nova" w:hAnsi="Arial Nova"/>
          <w:sz w:val="22"/>
          <w:szCs w:val="24"/>
        </w:rPr>
        <w:t>Partnerships and shared approaches are encouraged but are not required. A single organization may apply for a cost-effective internal approach when it can explain how the effort will increase capacity, improve efficiency, reduce waste or duplication, or help meet growing demand.</w:t>
      </w:r>
    </w:p>
    <w:p w14:paraId="275A3635" w14:textId="77777777" w:rsidR="00D85848" w:rsidRPr="007F2160" w:rsidRDefault="001D6B23">
      <w:pPr>
        <w:pStyle w:val="Heading2"/>
        <w:spacing w:before="180" w:after="80"/>
        <w:rPr>
          <w:rFonts w:ascii="Arial Nova" w:hAnsi="Arial Nova"/>
        </w:rPr>
      </w:pPr>
      <w:bookmarkStart w:id="20" w:name="_Toc242453373"/>
      <w:r w:rsidRPr="007F2160">
        <w:rPr>
          <w:rFonts w:ascii="Arial Nova" w:eastAsia="Arial" w:hAnsi="Arial Nova"/>
        </w:rPr>
        <w:t>Examples of Eligible Approaches</w:t>
      </w:r>
      <w:bookmarkEnd w:id="20"/>
    </w:p>
    <w:p w14:paraId="4ADE5D8E" w14:textId="77777777" w:rsidR="00D85848" w:rsidRPr="00480D9A" w:rsidRDefault="001D6B23">
      <w:pPr>
        <w:keepLines/>
        <w:rPr>
          <w:rFonts w:ascii="Arial Nova" w:hAnsi="Arial Nova"/>
          <w:sz w:val="22"/>
          <w:szCs w:val="24"/>
        </w:rPr>
      </w:pPr>
      <w:r w:rsidRPr="00480D9A">
        <w:rPr>
          <w:rFonts w:ascii="Arial Nova" w:hAnsi="Arial Nova"/>
          <w:sz w:val="22"/>
          <w:szCs w:val="24"/>
        </w:rPr>
        <w:t>Eligible approaches may include, but are not limited to:</w:t>
      </w:r>
    </w:p>
    <w:p w14:paraId="4FB7E34E" w14:textId="0AACC0B7" w:rsidR="00D85848" w:rsidRPr="00480D9A" w:rsidRDefault="000934CD" w:rsidP="000934CD">
      <w:pPr>
        <w:pStyle w:val="ListBullet"/>
        <w:keepLines/>
        <w:numPr>
          <w:ilvl w:val="0"/>
          <w:numId w:val="18"/>
        </w:numPr>
        <w:spacing w:after="60" w:line="252" w:lineRule="auto"/>
        <w:rPr>
          <w:rFonts w:ascii="Arial Nova" w:hAnsi="Arial Nova"/>
          <w:sz w:val="22"/>
          <w:szCs w:val="24"/>
        </w:rPr>
      </w:pPr>
      <w:r>
        <w:rPr>
          <w:rFonts w:ascii="Arial Nova" w:hAnsi="Arial Nova"/>
          <w:sz w:val="22"/>
          <w:szCs w:val="24"/>
        </w:rPr>
        <w:t>Expanded</w:t>
      </w:r>
      <w:r w:rsidR="001D6B23" w:rsidRPr="00480D9A">
        <w:rPr>
          <w:rFonts w:ascii="Arial Nova" w:hAnsi="Arial Nova"/>
          <w:sz w:val="22"/>
          <w:szCs w:val="24"/>
        </w:rPr>
        <w:t xml:space="preserve"> procurement</w:t>
      </w:r>
    </w:p>
    <w:p w14:paraId="5C98158E" w14:textId="77777777" w:rsidR="00D85848" w:rsidRPr="00480D9A" w:rsidRDefault="001D6B23" w:rsidP="000934CD">
      <w:pPr>
        <w:pStyle w:val="ListBullet"/>
        <w:keepLines/>
        <w:numPr>
          <w:ilvl w:val="0"/>
          <w:numId w:val="18"/>
        </w:numPr>
        <w:spacing w:after="60" w:line="252" w:lineRule="auto"/>
        <w:rPr>
          <w:rFonts w:ascii="Arial Nova" w:hAnsi="Arial Nova"/>
          <w:sz w:val="22"/>
          <w:szCs w:val="24"/>
        </w:rPr>
      </w:pPr>
      <w:r w:rsidRPr="00480D9A">
        <w:rPr>
          <w:rFonts w:ascii="Arial Nova" w:hAnsi="Arial Nova"/>
          <w:sz w:val="22"/>
          <w:szCs w:val="24"/>
        </w:rPr>
        <w:t>Shared purchasing, storage, transportation, distribution or delivery</w:t>
      </w:r>
    </w:p>
    <w:p w14:paraId="517FC9D8" w14:textId="77777777" w:rsidR="00D85848" w:rsidRPr="00480D9A" w:rsidRDefault="001D6B23" w:rsidP="000934CD">
      <w:pPr>
        <w:pStyle w:val="ListBullet"/>
        <w:keepLines/>
        <w:numPr>
          <w:ilvl w:val="0"/>
          <w:numId w:val="18"/>
        </w:numPr>
        <w:spacing w:after="60" w:line="252" w:lineRule="auto"/>
        <w:rPr>
          <w:rFonts w:ascii="Arial Nova" w:hAnsi="Arial Nova"/>
          <w:sz w:val="22"/>
          <w:szCs w:val="24"/>
        </w:rPr>
      </w:pPr>
      <w:r w:rsidRPr="00480D9A">
        <w:rPr>
          <w:rFonts w:ascii="Arial Nova" w:hAnsi="Arial Nova"/>
          <w:sz w:val="22"/>
          <w:szCs w:val="24"/>
        </w:rPr>
        <w:t>Equipment, vehicles, refrigeration, technology or other infrastructure</w:t>
      </w:r>
    </w:p>
    <w:p w14:paraId="2E6F3478" w14:textId="77777777" w:rsidR="00D85848" w:rsidRPr="00480D9A" w:rsidRDefault="001D6B23" w:rsidP="000934CD">
      <w:pPr>
        <w:pStyle w:val="ListBullet"/>
        <w:keepLines/>
        <w:numPr>
          <w:ilvl w:val="0"/>
          <w:numId w:val="18"/>
        </w:numPr>
        <w:spacing w:after="60" w:line="252" w:lineRule="auto"/>
        <w:rPr>
          <w:rFonts w:ascii="Arial Nova" w:hAnsi="Arial Nova"/>
          <w:sz w:val="22"/>
          <w:szCs w:val="24"/>
        </w:rPr>
      </w:pPr>
      <w:r w:rsidRPr="00480D9A">
        <w:rPr>
          <w:rFonts w:ascii="Arial Nova" w:hAnsi="Arial Nova"/>
          <w:sz w:val="22"/>
          <w:szCs w:val="24"/>
        </w:rPr>
        <w:t>New or expanded partnerships among food providers or related community organizations</w:t>
      </w:r>
    </w:p>
    <w:p w14:paraId="7B3CA0A1" w14:textId="77777777" w:rsidR="00D85848" w:rsidRPr="00480D9A" w:rsidRDefault="001D6B23" w:rsidP="000934CD">
      <w:pPr>
        <w:pStyle w:val="ListBullet"/>
        <w:keepLines/>
        <w:numPr>
          <w:ilvl w:val="0"/>
          <w:numId w:val="18"/>
        </w:numPr>
        <w:spacing w:after="60" w:line="252" w:lineRule="auto"/>
        <w:rPr>
          <w:rFonts w:ascii="Arial Nova" w:hAnsi="Arial Nova"/>
          <w:sz w:val="22"/>
          <w:szCs w:val="24"/>
        </w:rPr>
      </w:pPr>
      <w:r w:rsidRPr="00480D9A">
        <w:rPr>
          <w:rFonts w:ascii="Arial Nova" w:hAnsi="Arial Nova"/>
          <w:sz w:val="22"/>
          <w:szCs w:val="24"/>
        </w:rPr>
        <w:t>Internal process improvements that increase reach, reliability or cost-effectiveness</w:t>
      </w:r>
    </w:p>
    <w:p w14:paraId="5FEB33CD" w14:textId="77777777" w:rsidR="00D85848" w:rsidRPr="00480D9A" w:rsidRDefault="001D6B23" w:rsidP="000934CD">
      <w:pPr>
        <w:pStyle w:val="ListBullet"/>
        <w:keepLines/>
        <w:numPr>
          <w:ilvl w:val="0"/>
          <w:numId w:val="18"/>
        </w:numPr>
        <w:spacing w:after="60" w:line="252" w:lineRule="auto"/>
        <w:rPr>
          <w:rFonts w:ascii="Arial Nova" w:hAnsi="Arial Nova"/>
          <w:sz w:val="22"/>
          <w:szCs w:val="24"/>
        </w:rPr>
      </w:pPr>
      <w:r w:rsidRPr="00480D9A">
        <w:rPr>
          <w:rFonts w:ascii="Arial Nova" w:hAnsi="Arial Nova"/>
          <w:sz w:val="22"/>
          <w:szCs w:val="24"/>
        </w:rPr>
        <w:t>Staffing, data, coordination or communication needed to strengthen the response</w:t>
      </w:r>
    </w:p>
    <w:p w14:paraId="5D2F2E4A" w14:textId="77777777" w:rsidR="00D85848" w:rsidRPr="007F2160" w:rsidRDefault="001D6B23">
      <w:pPr>
        <w:pStyle w:val="Heading2"/>
        <w:spacing w:before="180" w:after="80"/>
        <w:rPr>
          <w:rFonts w:ascii="Arial Nova" w:hAnsi="Arial Nova"/>
        </w:rPr>
      </w:pPr>
      <w:bookmarkStart w:id="21" w:name="_Toc242453374"/>
      <w:r w:rsidRPr="007F2160">
        <w:rPr>
          <w:rFonts w:ascii="Arial Nova" w:eastAsia="Arial" w:hAnsi="Arial Nova"/>
        </w:rPr>
        <w:t>What a Strong Proposal Will Explain</w:t>
      </w:r>
      <w:bookmarkEnd w:id="21"/>
    </w:p>
    <w:p w14:paraId="571909E8" w14:textId="77777777" w:rsidR="00625DCB" w:rsidRPr="00625DCB" w:rsidRDefault="00625DCB" w:rsidP="00625DCB">
      <w:pPr>
        <w:pStyle w:val="Heading1"/>
        <w:numPr>
          <w:ilvl w:val="0"/>
          <w:numId w:val="37"/>
        </w:numPr>
        <w:spacing w:before="0"/>
        <w:rPr>
          <w:rFonts w:ascii="Arial Nova" w:hAnsi="Arial Nova"/>
          <w:b w:val="0"/>
          <w:bCs w:val="0"/>
          <w:sz w:val="22"/>
          <w:szCs w:val="24"/>
        </w:rPr>
      </w:pPr>
      <w:bookmarkStart w:id="22" w:name="_Toc242453375"/>
      <w:r w:rsidRPr="00625DCB">
        <w:rPr>
          <w:rFonts w:ascii="Arial Nova" w:hAnsi="Arial Nova"/>
          <w:b w:val="0"/>
          <w:bCs w:val="0"/>
          <w:sz w:val="22"/>
          <w:szCs w:val="24"/>
        </w:rPr>
        <w:t>The specific increase or change in food needs the organization is experiencing, supported by available data or service trends</w:t>
      </w:r>
    </w:p>
    <w:p w14:paraId="769DFF97" w14:textId="77777777" w:rsidR="00625DCB" w:rsidRPr="00625DCB" w:rsidRDefault="00625DCB" w:rsidP="00625DCB">
      <w:pPr>
        <w:pStyle w:val="Heading1"/>
        <w:numPr>
          <w:ilvl w:val="0"/>
          <w:numId w:val="37"/>
        </w:numPr>
        <w:spacing w:before="0"/>
        <w:rPr>
          <w:rFonts w:ascii="Arial Nova" w:hAnsi="Arial Nova"/>
          <w:b w:val="0"/>
          <w:bCs w:val="0"/>
          <w:sz w:val="22"/>
          <w:szCs w:val="24"/>
        </w:rPr>
      </w:pPr>
      <w:r w:rsidRPr="00625DCB">
        <w:rPr>
          <w:rFonts w:ascii="Arial Nova" w:hAnsi="Arial Nova"/>
          <w:b w:val="0"/>
          <w:bCs w:val="0"/>
          <w:sz w:val="22"/>
          <w:szCs w:val="24"/>
        </w:rPr>
        <w:t>The current level of food access, distribution or other relevant activity, including any documented unmet demand</w:t>
      </w:r>
    </w:p>
    <w:p w14:paraId="2B3A9228" w14:textId="6494314F" w:rsidR="00F27D9D" w:rsidRDefault="6DE1EB2D" w:rsidP="00625DCB">
      <w:pPr>
        <w:pStyle w:val="Heading1"/>
        <w:numPr>
          <w:ilvl w:val="0"/>
          <w:numId w:val="37"/>
        </w:numPr>
        <w:spacing w:before="0"/>
        <w:rPr>
          <w:rFonts w:ascii="Arial Nova" w:hAnsi="Arial Nova"/>
          <w:b w:val="0"/>
          <w:bCs w:val="0"/>
          <w:sz w:val="22"/>
          <w:szCs w:val="22"/>
        </w:rPr>
      </w:pPr>
      <w:r w:rsidRPr="27E61B4A">
        <w:rPr>
          <w:rFonts w:ascii="Arial Nova" w:hAnsi="Arial Nova"/>
          <w:b w:val="0"/>
          <w:bCs w:val="0"/>
          <w:sz w:val="22"/>
          <w:szCs w:val="22"/>
        </w:rPr>
        <w:t>How the proposed investment will increase food access, improve resource efficiency, strengthen organizational capacity or improve coordination, as applicable.</w:t>
      </w:r>
    </w:p>
    <w:p w14:paraId="481FF1AA" w14:textId="7B4F45ED" w:rsidR="00625DCB" w:rsidRPr="00625DCB" w:rsidRDefault="00625DCB" w:rsidP="00625DCB">
      <w:pPr>
        <w:pStyle w:val="Heading1"/>
        <w:numPr>
          <w:ilvl w:val="0"/>
          <w:numId w:val="37"/>
        </w:numPr>
        <w:spacing w:before="0"/>
        <w:rPr>
          <w:rFonts w:ascii="Arial Nova" w:hAnsi="Arial Nova"/>
          <w:b w:val="0"/>
          <w:bCs w:val="0"/>
          <w:sz w:val="22"/>
          <w:szCs w:val="24"/>
        </w:rPr>
      </w:pPr>
      <w:r w:rsidRPr="00625DCB">
        <w:rPr>
          <w:rFonts w:ascii="Arial Nova" w:hAnsi="Arial Nova"/>
          <w:b w:val="0"/>
          <w:bCs w:val="0"/>
          <w:sz w:val="22"/>
          <w:szCs w:val="24"/>
        </w:rPr>
        <w:t>The measurable additional results expected during the grant period, including the number of households reached, additional food distributed, increased capacity or other relevant improvements</w:t>
      </w:r>
    </w:p>
    <w:p w14:paraId="0C86F043" w14:textId="77777777" w:rsidR="00625DCB" w:rsidRPr="00625DCB" w:rsidRDefault="00625DCB" w:rsidP="00625DCB">
      <w:pPr>
        <w:pStyle w:val="Heading1"/>
        <w:numPr>
          <w:ilvl w:val="0"/>
          <w:numId w:val="37"/>
        </w:numPr>
        <w:spacing w:before="0"/>
        <w:rPr>
          <w:rFonts w:ascii="Arial Nova" w:hAnsi="Arial Nova"/>
          <w:b w:val="0"/>
          <w:bCs w:val="0"/>
          <w:sz w:val="22"/>
          <w:szCs w:val="24"/>
        </w:rPr>
      </w:pPr>
      <w:r w:rsidRPr="00625DCB">
        <w:rPr>
          <w:rFonts w:ascii="Arial Nova" w:hAnsi="Arial Nova"/>
          <w:b w:val="0"/>
          <w:bCs w:val="0"/>
          <w:sz w:val="22"/>
          <w:szCs w:val="24"/>
        </w:rPr>
        <w:t>How the applicant estimated those results and why the proposed approach represents an effective use of resources</w:t>
      </w:r>
    </w:p>
    <w:p w14:paraId="2FBBE43A" w14:textId="77777777" w:rsidR="00625DCB" w:rsidRPr="00625DCB" w:rsidRDefault="00625DCB" w:rsidP="00625DCB">
      <w:pPr>
        <w:pStyle w:val="Heading1"/>
        <w:numPr>
          <w:ilvl w:val="0"/>
          <w:numId w:val="37"/>
        </w:numPr>
        <w:spacing w:before="0"/>
        <w:rPr>
          <w:rFonts w:ascii="Arial Nova" w:hAnsi="Arial Nova"/>
          <w:b w:val="0"/>
          <w:bCs w:val="0"/>
          <w:sz w:val="22"/>
          <w:szCs w:val="24"/>
        </w:rPr>
      </w:pPr>
      <w:r w:rsidRPr="00625DCB">
        <w:rPr>
          <w:rFonts w:ascii="Arial Nova" w:hAnsi="Arial Nova"/>
          <w:b w:val="0"/>
          <w:bCs w:val="0"/>
          <w:sz w:val="22"/>
          <w:szCs w:val="24"/>
        </w:rPr>
        <w:t>How the investment may create ongoing benefits, such as increased food-rescue capacity, access to additional resources, reduced costs or stronger partnerships</w:t>
      </w:r>
    </w:p>
    <w:p w14:paraId="128BFC83" w14:textId="77777777" w:rsidR="00D85848" w:rsidRPr="000211D6" w:rsidRDefault="001D6B23">
      <w:pPr>
        <w:pStyle w:val="Heading1"/>
        <w:spacing w:before="240" w:after="120"/>
        <w:rPr>
          <w:rFonts w:ascii="Arial Nova" w:hAnsi="Arial Nova"/>
          <w:sz w:val="28"/>
          <w:szCs w:val="20"/>
          <w:u w:val="single"/>
        </w:rPr>
      </w:pPr>
      <w:r w:rsidRPr="000211D6">
        <w:rPr>
          <w:rFonts w:ascii="Arial Nova" w:eastAsia="Arial" w:hAnsi="Arial Nova"/>
          <w:sz w:val="28"/>
          <w:szCs w:val="20"/>
          <w:u w:val="single"/>
        </w:rPr>
        <w:t>Housing Security Priority</w:t>
      </w:r>
      <w:bookmarkEnd w:id="22"/>
    </w:p>
    <w:p w14:paraId="0AFE633B" w14:textId="0863DD26" w:rsidR="0085551C" w:rsidRPr="0085551C" w:rsidRDefault="0085551C" w:rsidP="0085551C">
      <w:pPr>
        <w:keepLines/>
        <w:rPr>
          <w:rFonts w:ascii="Arial Nova" w:hAnsi="Arial Nova"/>
          <w:sz w:val="22"/>
          <w:szCs w:val="24"/>
        </w:rPr>
      </w:pPr>
      <w:r w:rsidRPr="0085551C">
        <w:rPr>
          <w:rFonts w:ascii="Arial Nova" w:hAnsi="Arial Nova"/>
          <w:sz w:val="22"/>
          <w:szCs w:val="24"/>
        </w:rPr>
        <w:t>Applications must address housing instability when it threatens to interrupt an individual's or family's progress in another active program, such as workforce development, education or financial coaching, that supports longer-term economic mobility.</w:t>
      </w:r>
    </w:p>
    <w:p w14:paraId="73D5BED9" w14:textId="68929618" w:rsidR="0085551C" w:rsidRPr="0085551C" w:rsidRDefault="0085551C" w:rsidP="0085551C">
      <w:pPr>
        <w:keepLines/>
        <w:rPr>
          <w:rFonts w:ascii="Arial Nova" w:hAnsi="Arial Nova"/>
          <w:sz w:val="22"/>
          <w:szCs w:val="24"/>
        </w:rPr>
      </w:pPr>
      <w:r w:rsidRPr="0085551C">
        <w:rPr>
          <w:rFonts w:ascii="Arial Nova" w:hAnsi="Arial Nova"/>
          <w:sz w:val="22"/>
          <w:szCs w:val="24"/>
        </w:rPr>
        <w:t xml:space="preserve">United Way intends to </w:t>
      </w:r>
      <w:r>
        <w:rPr>
          <w:rFonts w:ascii="Arial Nova" w:hAnsi="Arial Nova"/>
          <w:sz w:val="22"/>
          <w:szCs w:val="24"/>
        </w:rPr>
        <w:t>invest</w:t>
      </w:r>
      <w:r w:rsidRPr="0085551C">
        <w:rPr>
          <w:rFonts w:ascii="Arial Nova" w:hAnsi="Arial Nova"/>
          <w:sz w:val="22"/>
          <w:szCs w:val="24"/>
        </w:rPr>
        <w:t xml:space="preserve"> in projects that help participants overcome immediate housing barriers so they can remain engaged in these programs and continue making progress toward greater financial stability and economic mobility.</w:t>
      </w:r>
    </w:p>
    <w:p w14:paraId="3383E1BA" w14:textId="6A078556" w:rsidR="0085551C" w:rsidRPr="0085551C" w:rsidRDefault="0085551C" w:rsidP="0085551C">
      <w:pPr>
        <w:keepLines/>
        <w:rPr>
          <w:rFonts w:ascii="Arial Nova" w:hAnsi="Arial Nova"/>
          <w:sz w:val="22"/>
          <w:szCs w:val="24"/>
        </w:rPr>
      </w:pPr>
      <w:r w:rsidRPr="0085551C">
        <w:rPr>
          <w:rFonts w:ascii="Arial Nova" w:hAnsi="Arial Nova"/>
          <w:sz w:val="22"/>
          <w:szCs w:val="24"/>
        </w:rPr>
        <w:t>United Way will seek a portfolio of investments that collectively contribute to one or more of the following goals:</w:t>
      </w:r>
    </w:p>
    <w:p w14:paraId="64E07B5D" w14:textId="091CDE2C" w:rsidR="008A7033" w:rsidRDefault="00FF5B1D" w:rsidP="00FF5B1D">
      <w:pPr>
        <w:pStyle w:val="ListParagraph"/>
        <w:keepLines/>
        <w:numPr>
          <w:ilvl w:val="0"/>
          <w:numId w:val="38"/>
        </w:numPr>
        <w:rPr>
          <w:rFonts w:ascii="Arial Nova" w:hAnsi="Arial Nova"/>
          <w:sz w:val="22"/>
          <w:szCs w:val="24"/>
        </w:rPr>
      </w:pPr>
      <w:r w:rsidRPr="00CC2805">
        <w:rPr>
          <w:rFonts w:ascii="Arial Nova" w:hAnsi="Arial Nova"/>
          <w:b/>
          <w:bCs/>
          <w:sz w:val="22"/>
          <w:szCs w:val="24"/>
        </w:rPr>
        <w:t>Prevent housing instability from interrupting progress</w:t>
      </w:r>
      <w:r w:rsidRPr="008A7033">
        <w:rPr>
          <w:rFonts w:ascii="Arial Nova" w:hAnsi="Arial Nova"/>
          <w:sz w:val="22"/>
          <w:szCs w:val="24"/>
        </w:rPr>
        <w:t>. Provide timely, targeted assistance to help participants overcome housing barriers that could cause them to withdraw from or lose progress in an existing program.</w:t>
      </w:r>
    </w:p>
    <w:p w14:paraId="22C81829" w14:textId="527EDEC2" w:rsidR="008A7033" w:rsidRDefault="00FF5B1D" w:rsidP="00FF5B1D">
      <w:pPr>
        <w:pStyle w:val="ListParagraph"/>
        <w:keepLines/>
        <w:numPr>
          <w:ilvl w:val="0"/>
          <w:numId w:val="38"/>
        </w:numPr>
        <w:rPr>
          <w:rFonts w:ascii="Arial Nova" w:hAnsi="Arial Nova"/>
          <w:sz w:val="22"/>
        </w:rPr>
      </w:pPr>
      <w:r w:rsidRPr="6F74C6EB">
        <w:rPr>
          <w:rFonts w:ascii="Arial Nova" w:hAnsi="Arial Nova"/>
          <w:b/>
          <w:bCs/>
          <w:sz w:val="22"/>
        </w:rPr>
        <w:t>Support continued engagement and progress</w:t>
      </w:r>
      <w:r w:rsidRPr="6F74C6EB">
        <w:rPr>
          <w:rFonts w:ascii="Arial Nova" w:hAnsi="Arial Nova"/>
          <w:sz w:val="22"/>
        </w:rPr>
        <w:t xml:space="preserve">. Help participants remain connected to education, employment, financial </w:t>
      </w:r>
      <w:r w:rsidR="394E42D0" w:rsidRPr="6F74C6EB">
        <w:rPr>
          <w:rFonts w:ascii="Arial Nova" w:hAnsi="Arial Nova"/>
          <w:sz w:val="22"/>
        </w:rPr>
        <w:t>coaching,</w:t>
      </w:r>
      <w:r w:rsidRPr="6F74C6EB">
        <w:rPr>
          <w:rFonts w:ascii="Arial Nova" w:hAnsi="Arial Nova"/>
          <w:sz w:val="22"/>
        </w:rPr>
        <w:t xml:space="preserve"> or other programs that contribute to greater long-term stability and economic mobility.</w:t>
      </w:r>
    </w:p>
    <w:p w14:paraId="3903E088" w14:textId="4D8D30BB" w:rsidR="00FF5B1D" w:rsidRPr="00CC2805" w:rsidRDefault="00FF5B1D" w:rsidP="00FF5B1D">
      <w:pPr>
        <w:pStyle w:val="ListParagraph"/>
        <w:keepLines/>
        <w:numPr>
          <w:ilvl w:val="0"/>
          <w:numId w:val="38"/>
        </w:numPr>
        <w:rPr>
          <w:rFonts w:ascii="Arial Nova" w:hAnsi="Arial Nova"/>
          <w:sz w:val="22"/>
        </w:rPr>
      </w:pPr>
      <w:r w:rsidRPr="6F74C6EB">
        <w:rPr>
          <w:rFonts w:ascii="Arial Nova" w:hAnsi="Arial Nova"/>
          <w:b/>
          <w:bCs/>
          <w:sz w:val="22"/>
        </w:rPr>
        <w:t>Strengthen program response to housing barriers.</w:t>
      </w:r>
      <w:r w:rsidRPr="6F74C6EB">
        <w:rPr>
          <w:rFonts w:ascii="Arial Nova" w:hAnsi="Arial Nova"/>
          <w:sz w:val="22"/>
        </w:rPr>
        <w:t xml:space="preserve"> Help organizations improve how they identify housing challenges, connect participants to appropriate </w:t>
      </w:r>
      <w:r w:rsidR="2B0F9C92" w:rsidRPr="6F74C6EB">
        <w:rPr>
          <w:rFonts w:ascii="Arial Nova" w:hAnsi="Arial Nova"/>
          <w:sz w:val="22"/>
        </w:rPr>
        <w:t>resources,</w:t>
      </w:r>
      <w:r w:rsidRPr="6F74C6EB">
        <w:rPr>
          <w:rFonts w:ascii="Arial Nova" w:hAnsi="Arial Nova"/>
          <w:sz w:val="22"/>
        </w:rPr>
        <w:t xml:space="preserve"> and coordinate assistance before housing instability disrupts progress.</w:t>
      </w:r>
    </w:p>
    <w:p w14:paraId="270D5DC6" w14:textId="2DE4F0EB" w:rsidR="00FF5B1D" w:rsidRPr="00FF5B1D" w:rsidRDefault="00FF5B1D" w:rsidP="00FF5B1D">
      <w:pPr>
        <w:keepLines/>
        <w:rPr>
          <w:rFonts w:ascii="Arial Nova" w:hAnsi="Arial Nova"/>
          <w:sz w:val="22"/>
          <w:szCs w:val="24"/>
        </w:rPr>
      </w:pPr>
      <w:r w:rsidRPr="00FF5B1D">
        <w:rPr>
          <w:rFonts w:ascii="Arial Nova" w:hAnsi="Arial Nova"/>
          <w:sz w:val="22"/>
          <w:szCs w:val="24"/>
        </w:rPr>
        <w:t>Collectively, these investments should help more individuals and families maintain their progress toward greater financial stability while strengthening organizations' ability to address housing-related barriers within their existing programs.</w:t>
      </w:r>
    </w:p>
    <w:p w14:paraId="30EF6ADB" w14:textId="0A5BC78A" w:rsidR="00FF5B1D" w:rsidRPr="00CC2805" w:rsidRDefault="00FF5B1D" w:rsidP="00CC2805">
      <w:pPr>
        <w:pStyle w:val="Heading2"/>
        <w:rPr>
          <w:rFonts w:ascii="Arial Nova" w:hAnsi="Arial Nova"/>
        </w:rPr>
      </w:pPr>
      <w:r w:rsidRPr="00CC2805">
        <w:rPr>
          <w:rFonts w:ascii="Arial Nova" w:hAnsi="Arial Nova"/>
        </w:rPr>
        <w:t>Shared Learning Goal</w:t>
      </w:r>
    </w:p>
    <w:p w14:paraId="339E5EE9" w14:textId="183D6D70" w:rsidR="00FF5B1D" w:rsidRPr="000934CD" w:rsidRDefault="00FF5B1D" w:rsidP="00FF5B1D">
      <w:pPr>
        <w:keepLines/>
        <w:rPr>
          <w:rFonts w:ascii="Arial Nova" w:hAnsi="Arial Nova"/>
          <w:sz w:val="22"/>
        </w:rPr>
      </w:pPr>
      <w:r w:rsidRPr="6F74C6EB">
        <w:rPr>
          <w:rFonts w:ascii="Arial Nova" w:hAnsi="Arial Nova"/>
          <w:sz w:val="22"/>
        </w:rPr>
        <w:t xml:space="preserve">In addition to the results of individual projects, funded partners will contribute to a shared effort to better understand how housing instability affects participation and progress in other programs, which types of assistance are most effective in preventing disruptions, and where gaps in available resources or coordination limit organizations' ability to respond. United Way will coordinate this learning effort through shared measures, partner </w:t>
      </w:r>
      <w:r w:rsidR="75316A37" w:rsidRPr="6F74C6EB">
        <w:rPr>
          <w:rFonts w:ascii="Arial Nova" w:hAnsi="Arial Nova"/>
          <w:sz w:val="22"/>
        </w:rPr>
        <w:t>experiences,</w:t>
      </w:r>
      <w:r w:rsidRPr="6F74C6EB">
        <w:rPr>
          <w:rFonts w:ascii="Arial Nova" w:hAnsi="Arial Nova"/>
          <w:sz w:val="22"/>
        </w:rPr>
        <w:t xml:space="preserve"> and opportunities for collaboration among funded organizations.</w:t>
      </w:r>
    </w:p>
    <w:p w14:paraId="538E8658" w14:textId="5A68DF3B" w:rsidR="00EE4D05" w:rsidRPr="00FA4428" w:rsidRDefault="00EE4D05" w:rsidP="00FA4428">
      <w:pPr>
        <w:pStyle w:val="Heading2"/>
        <w:spacing w:before="180" w:after="80"/>
        <w:rPr>
          <w:rFonts w:ascii="Arial Nova" w:eastAsia="Arial" w:hAnsi="Arial Nova"/>
        </w:rPr>
      </w:pPr>
      <w:r>
        <w:rPr>
          <w:rFonts w:ascii="Arial Nova" w:eastAsia="Arial" w:hAnsi="Arial Nova"/>
        </w:rPr>
        <w:t>Who May Apply</w:t>
      </w:r>
    </w:p>
    <w:p w14:paraId="3B119602" w14:textId="77777777" w:rsidR="00D85848" w:rsidRPr="000934CD" w:rsidRDefault="001D6B23">
      <w:pPr>
        <w:keepLines/>
        <w:rPr>
          <w:rFonts w:ascii="Arial Nova" w:hAnsi="Arial Nova"/>
          <w:sz w:val="22"/>
          <w:szCs w:val="24"/>
        </w:rPr>
      </w:pPr>
      <w:r w:rsidRPr="000934CD">
        <w:rPr>
          <w:rFonts w:ascii="Arial Nova" w:hAnsi="Arial Nova"/>
          <w:sz w:val="22"/>
          <w:szCs w:val="24"/>
        </w:rPr>
        <w:t xml:space="preserve">The proposed housing response </w:t>
      </w:r>
      <w:r w:rsidRPr="000934CD">
        <w:rPr>
          <w:rFonts w:ascii="Arial Nova" w:hAnsi="Arial Nova"/>
          <w:b/>
          <w:bCs/>
          <w:sz w:val="22"/>
          <w:szCs w:val="24"/>
        </w:rPr>
        <w:t>must</w:t>
      </w:r>
      <w:r w:rsidRPr="000934CD">
        <w:rPr>
          <w:rFonts w:ascii="Arial Nova" w:hAnsi="Arial Nova"/>
          <w:sz w:val="22"/>
          <w:szCs w:val="24"/>
        </w:rPr>
        <w:t xml:space="preserve"> be connected to an active program in which the individual or family is participating. The applicant may operate that program directly or work through an existing partnership with the organization that does.</w:t>
      </w:r>
    </w:p>
    <w:p w14:paraId="2CB4A34B" w14:textId="77777777" w:rsidR="00D85848" w:rsidRPr="000934CD" w:rsidRDefault="001D6B23">
      <w:pPr>
        <w:keepLines/>
        <w:rPr>
          <w:rFonts w:ascii="Arial Nova" w:hAnsi="Arial Nova"/>
          <w:sz w:val="22"/>
          <w:szCs w:val="24"/>
        </w:rPr>
      </w:pPr>
      <w:r w:rsidRPr="000934CD">
        <w:rPr>
          <w:rFonts w:ascii="Arial Nova" w:hAnsi="Arial Nova"/>
          <w:sz w:val="22"/>
          <w:szCs w:val="24"/>
        </w:rPr>
        <w:t>A housing organization may apply when it has an existing partnership and a clear approach for helping participants remain engaged in or make progress through the connected program.</w:t>
      </w:r>
    </w:p>
    <w:p w14:paraId="28E9428C" w14:textId="77777777" w:rsidR="00D85848" w:rsidRPr="007F2160" w:rsidRDefault="001D6B23">
      <w:pPr>
        <w:pStyle w:val="Heading2"/>
        <w:spacing w:before="180" w:after="80"/>
        <w:rPr>
          <w:rFonts w:ascii="Arial Nova" w:hAnsi="Arial Nova"/>
        </w:rPr>
      </w:pPr>
      <w:bookmarkStart w:id="23" w:name="_Toc242453377"/>
      <w:r w:rsidRPr="007F2160">
        <w:rPr>
          <w:rFonts w:ascii="Arial Nova" w:eastAsia="Arial" w:hAnsi="Arial Nova"/>
        </w:rPr>
        <w:t>Eligible Housing Expenses</w:t>
      </w:r>
      <w:bookmarkEnd w:id="23"/>
    </w:p>
    <w:p w14:paraId="17AAC795" w14:textId="07557EC9" w:rsidR="00D85848" w:rsidRPr="000934CD" w:rsidRDefault="0060427C">
      <w:pPr>
        <w:keepLines/>
        <w:rPr>
          <w:rFonts w:ascii="Arial Nova" w:hAnsi="Arial Nova"/>
          <w:sz w:val="22"/>
        </w:rPr>
      </w:pPr>
      <w:r w:rsidRPr="6F74C6EB">
        <w:rPr>
          <w:rFonts w:ascii="Arial Nova" w:hAnsi="Arial Nova"/>
          <w:sz w:val="22"/>
        </w:rPr>
        <w:t xml:space="preserve">Any housing-related expense may be proposed when it addresses a barrier that threatens participation or progress in the connected program. </w:t>
      </w:r>
      <w:r w:rsidR="001D6B23" w:rsidRPr="6F74C6EB">
        <w:rPr>
          <w:rFonts w:ascii="Arial Nova" w:hAnsi="Arial Nova"/>
          <w:sz w:val="22"/>
        </w:rPr>
        <w:t xml:space="preserve">Examples include rent, rental arrears, utility assistance, deposits, application fees, temporary lodging, moving expenses, housing </w:t>
      </w:r>
      <w:r w:rsidR="09774D47" w:rsidRPr="6F74C6EB">
        <w:rPr>
          <w:rFonts w:ascii="Arial Nova" w:hAnsi="Arial Nova"/>
          <w:sz w:val="22"/>
        </w:rPr>
        <w:t>navigation,</w:t>
      </w:r>
      <w:r w:rsidR="001D6B23" w:rsidRPr="6F74C6EB">
        <w:rPr>
          <w:rFonts w:ascii="Arial Nova" w:hAnsi="Arial Nova"/>
          <w:sz w:val="22"/>
        </w:rPr>
        <w:t xml:space="preserve"> or rental assistance covering multiple months.</w:t>
      </w:r>
    </w:p>
    <w:p w14:paraId="0DB766FD" w14:textId="77777777" w:rsidR="00D85848" w:rsidRPr="000934CD" w:rsidRDefault="001D6B23">
      <w:pPr>
        <w:keepLines/>
        <w:rPr>
          <w:rFonts w:ascii="Arial Nova" w:hAnsi="Arial Nova"/>
          <w:sz w:val="22"/>
          <w:szCs w:val="24"/>
        </w:rPr>
      </w:pPr>
      <w:r w:rsidRPr="000934CD">
        <w:rPr>
          <w:rFonts w:ascii="Arial Nova" w:hAnsi="Arial Nova"/>
          <w:sz w:val="22"/>
          <w:szCs w:val="24"/>
        </w:rPr>
        <w:t>Assistance may continue over multiple months, but the grant-funded response must be time-limited and connected to an individual's or family's participation or progress in the other active program.</w:t>
      </w:r>
    </w:p>
    <w:p w14:paraId="4FF6B2CE" w14:textId="77777777" w:rsidR="00D85848" w:rsidRPr="007F2160" w:rsidRDefault="001D6B23">
      <w:pPr>
        <w:pStyle w:val="Heading2"/>
        <w:spacing w:before="180" w:after="80"/>
        <w:rPr>
          <w:rFonts w:ascii="Arial Nova" w:hAnsi="Arial Nova"/>
        </w:rPr>
      </w:pPr>
      <w:bookmarkStart w:id="24" w:name="_Toc242453378"/>
      <w:r w:rsidRPr="007F2160">
        <w:rPr>
          <w:rFonts w:ascii="Arial Nova" w:eastAsia="Arial" w:hAnsi="Arial Nova"/>
        </w:rPr>
        <w:t>What a Strong Proposal Will Explain</w:t>
      </w:r>
      <w:bookmarkEnd w:id="24"/>
    </w:p>
    <w:p w14:paraId="3E8773A3" w14:textId="77777777" w:rsidR="000D07F1" w:rsidRDefault="000D07F1" w:rsidP="000D07F1">
      <w:pPr>
        <w:pStyle w:val="ListParagraph"/>
        <w:numPr>
          <w:ilvl w:val="0"/>
          <w:numId w:val="40"/>
        </w:numPr>
        <w:rPr>
          <w:rFonts w:ascii="Arial Nova" w:hAnsi="Arial Nova"/>
          <w:sz w:val="22"/>
          <w:szCs w:val="24"/>
        </w:rPr>
      </w:pPr>
      <w:r w:rsidRPr="000D07F1">
        <w:rPr>
          <w:rFonts w:ascii="Arial Nova" w:hAnsi="Arial Nova"/>
          <w:sz w:val="22"/>
          <w:szCs w:val="24"/>
        </w:rPr>
        <w:t>The existing program in which participants are engaged and the progress that housing instability is putting at risk</w:t>
      </w:r>
    </w:p>
    <w:p w14:paraId="5FBD8F23" w14:textId="77777777" w:rsidR="000D07F1" w:rsidRDefault="000D07F1" w:rsidP="000D07F1">
      <w:pPr>
        <w:pStyle w:val="ListParagraph"/>
        <w:numPr>
          <w:ilvl w:val="0"/>
          <w:numId w:val="40"/>
        </w:numPr>
        <w:rPr>
          <w:rFonts w:ascii="Arial Nova" w:hAnsi="Arial Nova"/>
          <w:sz w:val="22"/>
          <w:szCs w:val="24"/>
        </w:rPr>
      </w:pPr>
      <w:r w:rsidRPr="000D07F1">
        <w:rPr>
          <w:rFonts w:ascii="Arial Nova" w:hAnsi="Arial Nova"/>
          <w:sz w:val="22"/>
          <w:szCs w:val="24"/>
        </w:rPr>
        <w:t>The specific housing barriers participants experience and how frequently those barriers disrupt participation or progress</w:t>
      </w:r>
    </w:p>
    <w:p w14:paraId="5CD4C067" w14:textId="77777777" w:rsidR="000D07F1" w:rsidRDefault="000D07F1" w:rsidP="000D07F1">
      <w:pPr>
        <w:pStyle w:val="ListParagraph"/>
        <w:numPr>
          <w:ilvl w:val="0"/>
          <w:numId w:val="40"/>
        </w:numPr>
        <w:rPr>
          <w:rFonts w:ascii="Arial Nova" w:hAnsi="Arial Nova"/>
          <w:sz w:val="22"/>
          <w:szCs w:val="24"/>
        </w:rPr>
      </w:pPr>
      <w:r w:rsidRPr="000D07F1">
        <w:rPr>
          <w:rFonts w:ascii="Arial Nova" w:hAnsi="Arial Nova"/>
          <w:sz w:val="22"/>
          <w:szCs w:val="24"/>
        </w:rPr>
        <w:t>How the proposed assistance will identify and resolve housing barriers in a timely, targeted way</w:t>
      </w:r>
    </w:p>
    <w:p w14:paraId="62D1CAA0" w14:textId="77777777" w:rsidR="000D07F1" w:rsidRDefault="000D07F1" w:rsidP="000D07F1">
      <w:pPr>
        <w:pStyle w:val="ListParagraph"/>
        <w:numPr>
          <w:ilvl w:val="0"/>
          <w:numId w:val="40"/>
        </w:numPr>
        <w:rPr>
          <w:rFonts w:ascii="Arial Nova" w:hAnsi="Arial Nova"/>
          <w:sz w:val="22"/>
          <w:szCs w:val="24"/>
        </w:rPr>
      </w:pPr>
      <w:r w:rsidRPr="000D07F1">
        <w:rPr>
          <w:rFonts w:ascii="Arial Nova" w:hAnsi="Arial Nova"/>
          <w:sz w:val="22"/>
          <w:szCs w:val="24"/>
        </w:rPr>
        <w:t>The number of participants or households expected to receive assistance and the measurable changes expected in program retention, participation or progress</w:t>
      </w:r>
    </w:p>
    <w:p w14:paraId="3EC14F2D" w14:textId="77777777" w:rsidR="000D07F1" w:rsidRDefault="000D07F1" w:rsidP="000D07F1">
      <w:pPr>
        <w:pStyle w:val="ListParagraph"/>
        <w:numPr>
          <w:ilvl w:val="0"/>
          <w:numId w:val="40"/>
        </w:numPr>
        <w:rPr>
          <w:rFonts w:ascii="Arial Nova" w:hAnsi="Arial Nova"/>
          <w:sz w:val="22"/>
          <w:szCs w:val="24"/>
        </w:rPr>
      </w:pPr>
      <w:r w:rsidRPr="000D07F1">
        <w:rPr>
          <w:rFonts w:ascii="Arial Nova" w:hAnsi="Arial Nova"/>
          <w:sz w:val="22"/>
          <w:szCs w:val="24"/>
        </w:rPr>
        <w:t>How the applicant will assess whether assistance helped participants remain engaged or continue making progress</w:t>
      </w:r>
    </w:p>
    <w:p w14:paraId="6D9F8434" w14:textId="5767A8BD" w:rsidR="00D85848" w:rsidRPr="000D07F1" w:rsidRDefault="000D07F1" w:rsidP="000D07F1">
      <w:pPr>
        <w:pStyle w:val="ListParagraph"/>
        <w:numPr>
          <w:ilvl w:val="0"/>
          <w:numId w:val="40"/>
        </w:numPr>
        <w:rPr>
          <w:rFonts w:ascii="Arial Nova" w:hAnsi="Arial Nova"/>
          <w:sz w:val="22"/>
          <w:szCs w:val="24"/>
        </w:rPr>
      </w:pPr>
      <w:r w:rsidRPr="000D07F1">
        <w:rPr>
          <w:rFonts w:ascii="Arial Nova" w:hAnsi="Arial Nova"/>
          <w:sz w:val="22"/>
          <w:szCs w:val="24"/>
        </w:rPr>
        <w:t>How the investment may improve the organization's ability to identify and respond to housing-related barriers beyond the grant period</w:t>
      </w:r>
      <w:r w:rsidR="001D6B23" w:rsidRPr="000D07F1">
        <w:rPr>
          <w:rFonts w:ascii="Arial Nova" w:hAnsi="Arial Nova"/>
        </w:rPr>
        <w:br w:type="page"/>
      </w:r>
    </w:p>
    <w:p w14:paraId="1B9FA8EB" w14:textId="77777777" w:rsidR="00D85848" w:rsidRPr="000211D6" w:rsidRDefault="001D6B23">
      <w:pPr>
        <w:pStyle w:val="Heading1"/>
        <w:spacing w:before="240" w:after="120"/>
        <w:rPr>
          <w:rFonts w:ascii="Arial Nova" w:hAnsi="Arial Nova"/>
          <w:sz w:val="28"/>
          <w:szCs w:val="20"/>
          <w:u w:val="single"/>
        </w:rPr>
      </w:pPr>
      <w:bookmarkStart w:id="25" w:name="_Toc242453379"/>
      <w:r w:rsidRPr="000211D6">
        <w:rPr>
          <w:rFonts w:ascii="Arial Nova" w:eastAsia="Arial" w:hAnsi="Arial Nova"/>
          <w:sz w:val="28"/>
          <w:szCs w:val="20"/>
          <w:u w:val="single"/>
        </w:rPr>
        <w:t>Participation, Reporting and Learning</w:t>
      </w:r>
      <w:bookmarkEnd w:id="25"/>
    </w:p>
    <w:p w14:paraId="571FF3BF" w14:textId="77777777" w:rsidR="00D85848" w:rsidRPr="000934CD" w:rsidRDefault="001D6B23">
      <w:pPr>
        <w:keepLines/>
        <w:rPr>
          <w:rFonts w:ascii="Arial Nova" w:hAnsi="Arial Nova"/>
          <w:sz w:val="22"/>
          <w:szCs w:val="24"/>
        </w:rPr>
      </w:pPr>
      <w:r w:rsidRPr="000934CD">
        <w:rPr>
          <w:rFonts w:ascii="Arial Nova" w:hAnsi="Arial Nova"/>
          <w:sz w:val="22"/>
          <w:szCs w:val="24"/>
        </w:rPr>
        <w:t>Funded organizations will participate in the following activities:</w:t>
      </w:r>
    </w:p>
    <w:p w14:paraId="7FD6BEF3" w14:textId="77777777" w:rsidR="00D85848" w:rsidRPr="000934CD" w:rsidRDefault="001D6B23" w:rsidP="000934CD">
      <w:pPr>
        <w:pStyle w:val="ListBullet"/>
        <w:keepLines/>
        <w:numPr>
          <w:ilvl w:val="0"/>
          <w:numId w:val="21"/>
        </w:numPr>
        <w:spacing w:after="60" w:line="252" w:lineRule="auto"/>
        <w:rPr>
          <w:rFonts w:ascii="Arial Nova" w:hAnsi="Arial Nova"/>
          <w:sz w:val="22"/>
          <w:szCs w:val="24"/>
        </w:rPr>
      </w:pPr>
      <w:r w:rsidRPr="000934CD">
        <w:rPr>
          <w:rFonts w:ascii="Arial Nova" w:hAnsi="Arial Nova"/>
          <w:sz w:val="22"/>
          <w:szCs w:val="24"/>
        </w:rPr>
        <w:t>A virtual grantee kickoff in mid-January 2027</w:t>
      </w:r>
    </w:p>
    <w:p w14:paraId="6C6864F0" w14:textId="048301E8" w:rsidR="00D85848" w:rsidRPr="000934CD" w:rsidRDefault="000934CD" w:rsidP="000934CD">
      <w:pPr>
        <w:pStyle w:val="ListBullet"/>
        <w:keepLines/>
        <w:numPr>
          <w:ilvl w:val="0"/>
          <w:numId w:val="21"/>
        </w:numPr>
        <w:spacing w:after="60" w:line="252" w:lineRule="auto"/>
        <w:rPr>
          <w:rFonts w:ascii="Arial Nova" w:hAnsi="Arial Nova"/>
          <w:sz w:val="22"/>
          <w:szCs w:val="24"/>
        </w:rPr>
      </w:pPr>
      <w:r w:rsidRPr="000934CD">
        <w:rPr>
          <w:rFonts w:ascii="Arial Nova" w:hAnsi="Arial Nova"/>
          <w:sz w:val="22"/>
          <w:szCs w:val="24"/>
        </w:rPr>
        <w:t>Shared learning</w:t>
      </w:r>
      <w:r w:rsidR="001D6B23" w:rsidRPr="000934CD">
        <w:rPr>
          <w:rFonts w:ascii="Arial Nova" w:hAnsi="Arial Nova"/>
          <w:sz w:val="22"/>
          <w:szCs w:val="24"/>
        </w:rPr>
        <w:t xml:space="preserve"> or coordination activities connected to the funded work</w:t>
      </w:r>
    </w:p>
    <w:p w14:paraId="7BF54458" w14:textId="77777777" w:rsidR="00D85848" w:rsidRPr="000934CD" w:rsidRDefault="001D6B23" w:rsidP="000934CD">
      <w:pPr>
        <w:pStyle w:val="ListBullet"/>
        <w:keepLines/>
        <w:numPr>
          <w:ilvl w:val="0"/>
          <w:numId w:val="21"/>
        </w:numPr>
        <w:spacing w:after="60" w:line="252" w:lineRule="auto"/>
        <w:rPr>
          <w:rFonts w:ascii="Arial Nova" w:hAnsi="Arial Nova"/>
          <w:sz w:val="22"/>
          <w:szCs w:val="24"/>
        </w:rPr>
      </w:pPr>
      <w:r w:rsidRPr="000934CD">
        <w:rPr>
          <w:rFonts w:ascii="Arial Nova" w:hAnsi="Arial Nova"/>
          <w:sz w:val="22"/>
          <w:szCs w:val="24"/>
        </w:rPr>
        <w:t>A six-month learning debrief in June 2027</w:t>
      </w:r>
    </w:p>
    <w:p w14:paraId="0B4BD93C" w14:textId="77777777" w:rsidR="00D85848" w:rsidRPr="000934CD" w:rsidRDefault="001D6B23" w:rsidP="000934CD">
      <w:pPr>
        <w:pStyle w:val="ListBullet"/>
        <w:keepLines/>
        <w:numPr>
          <w:ilvl w:val="0"/>
          <w:numId w:val="21"/>
        </w:numPr>
        <w:spacing w:after="60" w:line="252" w:lineRule="auto"/>
        <w:rPr>
          <w:rFonts w:ascii="Arial Nova" w:hAnsi="Arial Nova"/>
          <w:sz w:val="22"/>
          <w:szCs w:val="24"/>
        </w:rPr>
      </w:pPr>
      <w:r w:rsidRPr="000934CD">
        <w:rPr>
          <w:rFonts w:ascii="Arial Nova" w:hAnsi="Arial Nova"/>
          <w:sz w:val="22"/>
          <w:szCs w:val="24"/>
        </w:rPr>
        <w:t>A final report when the proposed work is complete and grant funds have been expended, but no later than January 2028</w:t>
      </w:r>
    </w:p>
    <w:p w14:paraId="77D9909C" w14:textId="77777777" w:rsidR="00D85848" w:rsidRPr="000934CD" w:rsidRDefault="001D6B23" w:rsidP="000934CD">
      <w:pPr>
        <w:pStyle w:val="ListBullet"/>
        <w:keepLines/>
        <w:numPr>
          <w:ilvl w:val="0"/>
          <w:numId w:val="21"/>
        </w:numPr>
        <w:spacing w:after="60" w:line="252" w:lineRule="auto"/>
        <w:rPr>
          <w:rFonts w:ascii="Arial Nova" w:hAnsi="Arial Nova"/>
          <w:sz w:val="22"/>
          <w:szCs w:val="24"/>
        </w:rPr>
      </w:pPr>
      <w:r w:rsidRPr="000934CD">
        <w:rPr>
          <w:rFonts w:ascii="Arial Nova" w:hAnsi="Arial Nova"/>
          <w:sz w:val="22"/>
          <w:szCs w:val="24"/>
        </w:rPr>
        <w:t>Sharing relevant tools, practices and lessons with United Way and other funded organizations</w:t>
      </w:r>
    </w:p>
    <w:p w14:paraId="708DAB40" w14:textId="77777777" w:rsidR="00D85848" w:rsidRPr="000934CD" w:rsidRDefault="001D6B23">
      <w:pPr>
        <w:keepLines/>
        <w:rPr>
          <w:rFonts w:ascii="Arial Nova" w:hAnsi="Arial Nova"/>
          <w:sz w:val="22"/>
          <w:szCs w:val="24"/>
        </w:rPr>
      </w:pPr>
      <w:r w:rsidRPr="000934CD">
        <w:rPr>
          <w:rFonts w:ascii="Arial Nova" w:hAnsi="Arial Nova"/>
          <w:sz w:val="22"/>
          <w:szCs w:val="24"/>
        </w:rPr>
        <w:t>United Way may offer additional convenings during the grant period. Details and participation expectations will be communicated in advance.</w:t>
      </w:r>
    </w:p>
    <w:p w14:paraId="05EFBCC0" w14:textId="77777777" w:rsidR="00D85848" w:rsidRPr="007F2160" w:rsidRDefault="001D6B23">
      <w:pPr>
        <w:pStyle w:val="Heading2"/>
        <w:spacing w:before="180" w:after="80"/>
        <w:rPr>
          <w:rFonts w:ascii="Arial Nova" w:hAnsi="Arial Nova"/>
        </w:rPr>
      </w:pPr>
      <w:bookmarkStart w:id="26" w:name="_Toc242453380"/>
      <w:r w:rsidRPr="007F2160">
        <w:rPr>
          <w:rFonts w:ascii="Arial Nova" w:eastAsia="Arial" w:hAnsi="Arial Nova"/>
        </w:rPr>
        <w:t>Measures and Learning</w:t>
      </w:r>
      <w:bookmarkEnd w:id="26"/>
    </w:p>
    <w:p w14:paraId="5928C706" w14:textId="39ACAFA7" w:rsidR="00D85848" w:rsidRPr="000934CD" w:rsidRDefault="001D6B23">
      <w:pPr>
        <w:keepLines/>
        <w:rPr>
          <w:rFonts w:ascii="Arial Nova" w:hAnsi="Arial Nova"/>
          <w:sz w:val="22"/>
        </w:rPr>
      </w:pPr>
      <w:r w:rsidRPr="6F74C6EB">
        <w:rPr>
          <w:rFonts w:ascii="Arial Nova" w:hAnsi="Arial Nova"/>
          <w:sz w:val="22"/>
        </w:rPr>
        <w:t xml:space="preserve">Applicants will provide both United Way-defined information and applicant-defined measures. Each proposal must identify one principal output, one or two intended </w:t>
      </w:r>
      <w:r w:rsidR="7B37FD53" w:rsidRPr="6F74C6EB">
        <w:rPr>
          <w:rFonts w:ascii="Arial Nova" w:hAnsi="Arial Nova"/>
          <w:sz w:val="22"/>
        </w:rPr>
        <w:t>outcomes,</w:t>
      </w:r>
      <w:r w:rsidRPr="6F74C6EB">
        <w:rPr>
          <w:rFonts w:ascii="Arial Nova" w:hAnsi="Arial Nova"/>
          <w:sz w:val="22"/>
        </w:rPr>
        <w:t xml:space="preserve"> and how progress will be assessed.</w:t>
      </w:r>
    </w:p>
    <w:p w14:paraId="0C6810A4" w14:textId="77777777" w:rsidR="00D85848" w:rsidRPr="000934CD" w:rsidRDefault="001D6B23">
      <w:pPr>
        <w:keepLines/>
        <w:rPr>
          <w:rFonts w:ascii="Arial Nova" w:hAnsi="Arial Nova"/>
          <w:sz w:val="22"/>
          <w:szCs w:val="24"/>
        </w:rPr>
      </w:pPr>
      <w:r w:rsidRPr="000934CD">
        <w:rPr>
          <w:rFonts w:ascii="Arial Nova" w:hAnsi="Arial Nova"/>
          <w:sz w:val="22"/>
          <w:szCs w:val="24"/>
        </w:rPr>
        <w:t>Across the fund, United Way will gather information about who benefited, what was completed, what changed for families or participating organizations, how capacity or collaboration changed, what was learned and what should be sustained, changed or expanded.</w:t>
      </w:r>
    </w:p>
    <w:p w14:paraId="0F5326CB" w14:textId="77777777" w:rsidR="00D85848" w:rsidRPr="007F2160" w:rsidRDefault="001D6B23">
      <w:pPr>
        <w:pStyle w:val="Heading2"/>
        <w:spacing w:before="180" w:after="80"/>
        <w:rPr>
          <w:rFonts w:ascii="Arial Nova" w:hAnsi="Arial Nova"/>
        </w:rPr>
      </w:pPr>
      <w:bookmarkStart w:id="27" w:name="_Toc242453381"/>
      <w:r w:rsidRPr="007F2160">
        <w:rPr>
          <w:rFonts w:ascii="Arial Nova" w:eastAsia="Arial" w:hAnsi="Arial Nova"/>
        </w:rPr>
        <w:t>How Applications Will Be Reviewed</w:t>
      </w:r>
      <w:bookmarkEnd w:id="27"/>
    </w:p>
    <w:p w14:paraId="6987F375" w14:textId="77777777" w:rsidR="00E75268" w:rsidRDefault="001D6B23">
      <w:pPr>
        <w:keepLines/>
        <w:rPr>
          <w:rFonts w:ascii="Arial Nova" w:hAnsi="Arial Nova"/>
          <w:sz w:val="22"/>
          <w:szCs w:val="24"/>
        </w:rPr>
      </w:pPr>
      <w:r w:rsidRPr="000934CD">
        <w:rPr>
          <w:rFonts w:ascii="Arial Nova" w:hAnsi="Arial Nova"/>
          <w:sz w:val="22"/>
          <w:szCs w:val="24"/>
        </w:rPr>
        <w:t xml:space="preserve">United Way will first confirm </w:t>
      </w:r>
      <w:r w:rsidR="00E75268">
        <w:rPr>
          <w:rFonts w:ascii="Arial Nova" w:hAnsi="Arial Nova"/>
          <w:sz w:val="22"/>
          <w:szCs w:val="24"/>
        </w:rPr>
        <w:t xml:space="preserve">that applications meet the </w:t>
      </w:r>
      <w:r w:rsidRPr="000934CD">
        <w:rPr>
          <w:rFonts w:ascii="Arial Nova" w:hAnsi="Arial Nova"/>
          <w:sz w:val="22"/>
          <w:szCs w:val="24"/>
        </w:rPr>
        <w:t>eligibility</w:t>
      </w:r>
      <w:r w:rsidR="00E75268">
        <w:rPr>
          <w:rFonts w:ascii="Arial Nova" w:hAnsi="Arial Nova"/>
          <w:sz w:val="22"/>
          <w:szCs w:val="24"/>
        </w:rPr>
        <w:t xml:space="preserve"> requirements</w:t>
      </w:r>
      <w:r w:rsidRPr="000934CD">
        <w:rPr>
          <w:rFonts w:ascii="Arial Nova" w:hAnsi="Arial Nova"/>
          <w:sz w:val="22"/>
          <w:szCs w:val="24"/>
        </w:rPr>
        <w:t xml:space="preserve">. Eligible applications will then be reviewed competitively within the selected priority. </w:t>
      </w:r>
    </w:p>
    <w:p w14:paraId="0403EA9A" w14:textId="1777C9DD" w:rsidR="00D85848" w:rsidRPr="000934CD" w:rsidRDefault="001D6B23">
      <w:pPr>
        <w:keepLines/>
        <w:rPr>
          <w:rFonts w:ascii="Arial Nova" w:hAnsi="Arial Nova"/>
          <w:sz w:val="22"/>
          <w:szCs w:val="24"/>
        </w:rPr>
      </w:pPr>
      <w:r w:rsidRPr="000934CD">
        <w:rPr>
          <w:rFonts w:ascii="Arial Nova" w:hAnsi="Arial Nova"/>
          <w:sz w:val="22"/>
          <w:szCs w:val="24"/>
        </w:rPr>
        <w:t>Reviewers will consider:</w:t>
      </w:r>
    </w:p>
    <w:p w14:paraId="1B194E86" w14:textId="3130EC07" w:rsidR="005A749C" w:rsidRDefault="6CF128AF" w:rsidP="6F74C6EB">
      <w:pPr>
        <w:pStyle w:val="ListParagraph"/>
        <w:numPr>
          <w:ilvl w:val="0"/>
          <w:numId w:val="41"/>
        </w:numPr>
        <w:rPr>
          <w:rFonts w:ascii="Arial Nova" w:hAnsi="Arial Nova"/>
          <w:sz w:val="22"/>
        </w:rPr>
      </w:pPr>
      <w:r w:rsidRPr="6F74C6EB">
        <w:rPr>
          <w:rFonts w:ascii="Arial Nova" w:hAnsi="Arial Nova"/>
          <w:sz w:val="22"/>
        </w:rPr>
        <w:t xml:space="preserve">Alignment with funding priorities: How clearly the proposal addresses the identified challenge and </w:t>
      </w:r>
      <w:r w:rsidR="1006B191" w:rsidRPr="6F74C6EB">
        <w:rPr>
          <w:rFonts w:ascii="Arial Nova" w:hAnsi="Arial Nova"/>
          <w:sz w:val="22"/>
        </w:rPr>
        <w:t>contribute</w:t>
      </w:r>
      <w:r w:rsidRPr="6F74C6EB">
        <w:rPr>
          <w:rFonts w:ascii="Arial Nova" w:hAnsi="Arial Nova"/>
          <w:sz w:val="22"/>
        </w:rPr>
        <w:t xml:space="preserve"> to one or more of the priority's stated goals.</w:t>
      </w:r>
    </w:p>
    <w:p w14:paraId="26441D7B" w14:textId="77777777" w:rsidR="005A749C" w:rsidRDefault="6CF128AF" w:rsidP="3C3D2F7F">
      <w:pPr>
        <w:pStyle w:val="ListParagraph"/>
        <w:numPr>
          <w:ilvl w:val="0"/>
          <w:numId w:val="41"/>
        </w:numPr>
        <w:rPr>
          <w:rFonts w:ascii="Arial Nova" w:hAnsi="Arial Nova"/>
          <w:sz w:val="22"/>
        </w:rPr>
      </w:pPr>
      <w:r w:rsidRPr="3C3D2F7F">
        <w:rPr>
          <w:rFonts w:ascii="Arial Nova" w:hAnsi="Arial Nova"/>
          <w:sz w:val="22"/>
        </w:rPr>
        <w:t>Focused and feasible approach: Whether the proposed activities build on existing work and can reasonably be implemented within the grant period.</w:t>
      </w:r>
    </w:p>
    <w:p w14:paraId="72AD5EA7" w14:textId="47F1457D" w:rsidR="005A749C" w:rsidRDefault="6CF128AF" w:rsidP="6F74C6EB">
      <w:pPr>
        <w:pStyle w:val="ListParagraph"/>
        <w:numPr>
          <w:ilvl w:val="0"/>
          <w:numId w:val="41"/>
        </w:numPr>
        <w:rPr>
          <w:rFonts w:ascii="Arial Nova" w:hAnsi="Arial Nova"/>
          <w:sz w:val="22"/>
        </w:rPr>
      </w:pPr>
      <w:r w:rsidRPr="6F74C6EB">
        <w:rPr>
          <w:rFonts w:ascii="Arial Nova" w:hAnsi="Arial Nova"/>
          <w:sz w:val="22"/>
        </w:rPr>
        <w:t xml:space="preserve">Expected results: The extent to which the investment is expected to produce meaningful, measurable improvements for individuals, families, educators, </w:t>
      </w:r>
      <w:r w:rsidR="2D2FC1C2" w:rsidRPr="6F74C6EB">
        <w:rPr>
          <w:rFonts w:ascii="Arial Nova" w:hAnsi="Arial Nova"/>
          <w:sz w:val="22"/>
        </w:rPr>
        <w:t>providers,</w:t>
      </w:r>
      <w:r w:rsidRPr="6F74C6EB">
        <w:rPr>
          <w:rFonts w:ascii="Arial Nova" w:hAnsi="Arial Nova"/>
          <w:sz w:val="22"/>
        </w:rPr>
        <w:t xml:space="preserve"> or participating organizations.</w:t>
      </w:r>
    </w:p>
    <w:p w14:paraId="53A8F5D8" w14:textId="77777777" w:rsidR="005A749C" w:rsidRDefault="6CF128AF" w:rsidP="3C3D2F7F">
      <w:pPr>
        <w:pStyle w:val="ListParagraph"/>
        <w:numPr>
          <w:ilvl w:val="0"/>
          <w:numId w:val="41"/>
        </w:numPr>
        <w:rPr>
          <w:rFonts w:ascii="Arial Nova" w:hAnsi="Arial Nova"/>
          <w:sz w:val="22"/>
        </w:rPr>
      </w:pPr>
      <w:r w:rsidRPr="3C3D2F7F">
        <w:rPr>
          <w:rFonts w:ascii="Arial Nova" w:hAnsi="Arial Nova"/>
          <w:sz w:val="22"/>
        </w:rPr>
        <w:t>Organizational capacity: The applicant's experience and ability to carry out the proposed work, including the capacity of any partners involved.</w:t>
      </w:r>
    </w:p>
    <w:p w14:paraId="6F3A585C" w14:textId="0C5BF9CF" w:rsidR="005A749C" w:rsidRDefault="6CF128AF" w:rsidP="6F74C6EB">
      <w:pPr>
        <w:pStyle w:val="ListParagraph"/>
        <w:numPr>
          <w:ilvl w:val="0"/>
          <w:numId w:val="41"/>
        </w:numPr>
        <w:rPr>
          <w:rFonts w:ascii="Arial Nova" w:hAnsi="Arial Nova"/>
          <w:sz w:val="22"/>
        </w:rPr>
      </w:pPr>
      <w:r w:rsidRPr="6F74C6EB">
        <w:rPr>
          <w:rFonts w:ascii="Arial Nova" w:hAnsi="Arial Nova"/>
          <w:sz w:val="22"/>
        </w:rPr>
        <w:t xml:space="preserve">Value of the investment: Whether the requested amount is reasonable in relation to the expected results, including potential improvements in efficiency, </w:t>
      </w:r>
      <w:r w:rsidR="18C961E6" w:rsidRPr="6F74C6EB">
        <w:rPr>
          <w:rFonts w:ascii="Arial Nova" w:hAnsi="Arial Nova"/>
          <w:sz w:val="22"/>
        </w:rPr>
        <w:t>capacity,</w:t>
      </w:r>
      <w:r w:rsidRPr="6F74C6EB">
        <w:rPr>
          <w:rFonts w:ascii="Arial Nova" w:hAnsi="Arial Nova"/>
          <w:sz w:val="22"/>
        </w:rPr>
        <w:t xml:space="preserve"> or longer-term benefits.</w:t>
      </w:r>
    </w:p>
    <w:p w14:paraId="7F65CA5C" w14:textId="6F073D4C" w:rsidR="005A749C" w:rsidRPr="005A749C" w:rsidRDefault="6CF128AF" w:rsidP="6F74C6EB">
      <w:pPr>
        <w:pStyle w:val="ListParagraph"/>
        <w:numPr>
          <w:ilvl w:val="0"/>
          <w:numId w:val="41"/>
        </w:numPr>
        <w:rPr>
          <w:rFonts w:ascii="Arial Nova" w:hAnsi="Arial Nova"/>
          <w:sz w:val="22"/>
        </w:rPr>
      </w:pPr>
      <w:r w:rsidRPr="6F74C6EB">
        <w:rPr>
          <w:rFonts w:ascii="Arial Nova" w:hAnsi="Arial Nova"/>
          <w:sz w:val="22"/>
        </w:rPr>
        <w:t xml:space="preserve">Measurement and learning: Whether the applicant has identified realistic measures, supported its </w:t>
      </w:r>
      <w:r w:rsidR="10E06CFA" w:rsidRPr="6F74C6EB">
        <w:rPr>
          <w:rFonts w:ascii="Arial Nova" w:hAnsi="Arial Nova"/>
          <w:sz w:val="22"/>
        </w:rPr>
        <w:t>estimates,</w:t>
      </w:r>
      <w:r w:rsidRPr="6F74C6EB">
        <w:rPr>
          <w:rFonts w:ascii="Arial Nova" w:hAnsi="Arial Nova"/>
          <w:sz w:val="22"/>
        </w:rPr>
        <w:t xml:space="preserve"> and demonstrated a willingness to contribute to shared learning.</w:t>
      </w:r>
    </w:p>
    <w:p w14:paraId="5297F5B7" w14:textId="3DA6CA1C" w:rsidR="005A749C" w:rsidRPr="005A749C" w:rsidRDefault="005A749C" w:rsidP="005A749C">
      <w:pPr>
        <w:pStyle w:val="Heading2"/>
        <w:rPr>
          <w:rFonts w:ascii="Arial Nova" w:hAnsi="Arial Nova"/>
        </w:rPr>
      </w:pPr>
      <w:r w:rsidRPr="005A749C">
        <w:rPr>
          <w:rFonts w:ascii="Arial Nova" w:hAnsi="Arial Nova"/>
        </w:rPr>
        <w:t>Portfolio Considerations</w:t>
      </w:r>
    </w:p>
    <w:p w14:paraId="4A1206A5" w14:textId="2A9D29EC" w:rsidR="005A749C" w:rsidRPr="005A749C" w:rsidRDefault="6CF128AF" w:rsidP="6F74C6EB">
      <w:pPr>
        <w:rPr>
          <w:rFonts w:ascii="Arial Nova" w:hAnsi="Arial Nova"/>
          <w:sz w:val="22"/>
        </w:rPr>
      </w:pPr>
      <w:r w:rsidRPr="6F74C6EB">
        <w:rPr>
          <w:rFonts w:ascii="Arial Nova" w:hAnsi="Arial Nova"/>
          <w:sz w:val="22"/>
        </w:rPr>
        <w:t xml:space="preserve">In addition to evaluating individual proposals, United Way will consider how investments collectively advance the goals of each funding priority. This may include balancing projects that address immediate needs with those that improve service effectiveness, strengthen organizational </w:t>
      </w:r>
      <w:r w:rsidR="06A4B22F" w:rsidRPr="6F74C6EB">
        <w:rPr>
          <w:rFonts w:ascii="Arial Nova" w:hAnsi="Arial Nova"/>
          <w:sz w:val="22"/>
        </w:rPr>
        <w:t>capacity,</w:t>
      </w:r>
      <w:r w:rsidRPr="6F74C6EB">
        <w:rPr>
          <w:rFonts w:ascii="Arial Nova" w:hAnsi="Arial Nova"/>
          <w:sz w:val="22"/>
        </w:rPr>
        <w:t xml:space="preserve"> or support greater coordination.</w:t>
      </w:r>
    </w:p>
    <w:p w14:paraId="5F090CDE" w14:textId="4382D469" w:rsidR="00D85848" w:rsidRPr="007F2160" w:rsidRDefault="6CF128AF" w:rsidP="005A749C">
      <w:pPr>
        <w:rPr>
          <w:rFonts w:ascii="Arial Nova" w:hAnsi="Arial Nova"/>
        </w:rPr>
      </w:pPr>
      <w:r w:rsidRPr="6F74C6EB">
        <w:rPr>
          <w:rFonts w:ascii="Arial Nova" w:hAnsi="Arial Nova"/>
          <w:sz w:val="22"/>
        </w:rPr>
        <w:t xml:space="preserve">Funding decisions will consider the combined potential of selected projects to achieve meaningful results, address </w:t>
      </w:r>
      <w:r w:rsidR="4696FD0C" w:rsidRPr="6F74C6EB">
        <w:rPr>
          <w:rFonts w:ascii="Arial Nova" w:hAnsi="Arial Nova"/>
          <w:sz w:val="22"/>
        </w:rPr>
        <w:t>gaps,</w:t>
      </w:r>
      <w:r w:rsidRPr="6F74C6EB">
        <w:rPr>
          <w:rFonts w:ascii="Arial Nova" w:hAnsi="Arial Nova"/>
          <w:sz w:val="22"/>
        </w:rPr>
        <w:t xml:space="preserve"> and generate insights that inform future community </w:t>
      </w:r>
      <w:r w:rsidR="1CE09F8B" w:rsidRPr="6F74C6EB">
        <w:rPr>
          <w:rFonts w:ascii="Arial Nova" w:hAnsi="Arial Nova"/>
          <w:sz w:val="22"/>
        </w:rPr>
        <w:t xml:space="preserve">investments. </w:t>
      </w:r>
    </w:p>
    <w:p w14:paraId="793F86FF" w14:textId="77777777" w:rsidR="00D85848" w:rsidRPr="000934CD" w:rsidRDefault="001D6B23">
      <w:pPr>
        <w:pStyle w:val="Heading1"/>
        <w:spacing w:before="240" w:after="120"/>
        <w:rPr>
          <w:rFonts w:ascii="Arial Nova" w:hAnsi="Arial Nova"/>
          <w:sz w:val="28"/>
          <w:szCs w:val="20"/>
        </w:rPr>
      </w:pPr>
      <w:bookmarkStart w:id="28" w:name="_Toc242453382"/>
      <w:r w:rsidRPr="000934CD">
        <w:rPr>
          <w:rFonts w:ascii="Arial Nova" w:eastAsia="Arial" w:hAnsi="Arial Nova"/>
          <w:sz w:val="28"/>
          <w:szCs w:val="20"/>
        </w:rPr>
        <w:t>Application Questions</w:t>
      </w:r>
      <w:bookmarkEnd w:id="28"/>
    </w:p>
    <w:p w14:paraId="152AE97D" w14:textId="457F0932" w:rsidR="00D85848" w:rsidRPr="000934CD" w:rsidRDefault="001D6B23">
      <w:pPr>
        <w:keepLines/>
        <w:rPr>
          <w:rFonts w:ascii="Arial Nova" w:hAnsi="Arial Nova"/>
          <w:sz w:val="22"/>
          <w:szCs w:val="24"/>
        </w:rPr>
      </w:pPr>
      <w:r w:rsidRPr="000934CD">
        <w:rPr>
          <w:rFonts w:ascii="Arial Nova" w:hAnsi="Arial Nova"/>
          <w:sz w:val="22"/>
          <w:szCs w:val="24"/>
        </w:rPr>
        <w:t>The questions below reflect the full application in Foundant. Conditional questions will appear based on the funding priority and organizational status selected.</w:t>
      </w:r>
    </w:p>
    <w:p w14:paraId="2A4C15D6" w14:textId="33BF62B7" w:rsidR="00D85848" w:rsidRPr="006921F9" w:rsidRDefault="001D6B23">
      <w:pPr>
        <w:pStyle w:val="Heading2"/>
        <w:spacing w:before="180" w:after="80"/>
        <w:rPr>
          <w:rFonts w:ascii="Arial Nova" w:hAnsi="Arial Nova"/>
          <w:u w:val="single"/>
        </w:rPr>
      </w:pPr>
      <w:bookmarkStart w:id="29" w:name="_Toc242453383"/>
      <w:r w:rsidRPr="006921F9">
        <w:rPr>
          <w:rFonts w:ascii="Arial Nova" w:eastAsia="Arial" w:hAnsi="Arial Nova"/>
          <w:u w:val="single"/>
        </w:rPr>
        <w:t>Organization Information</w:t>
      </w:r>
      <w:bookmarkEnd w:id="29"/>
    </w:p>
    <w:p w14:paraId="43EE79C6" w14:textId="0FBE65F9" w:rsidR="00D85848" w:rsidRPr="000934CD" w:rsidRDefault="001D6B23">
      <w:pPr>
        <w:keepNext/>
        <w:spacing w:before="140" w:after="40"/>
        <w:rPr>
          <w:rFonts w:ascii="Arial Nova" w:hAnsi="Arial Nova"/>
          <w:sz w:val="22"/>
        </w:rPr>
      </w:pPr>
      <w:r w:rsidRPr="000934CD">
        <w:rPr>
          <w:rFonts w:ascii="Arial Nova" w:hAnsi="Arial Nova"/>
          <w:b/>
          <w:sz w:val="22"/>
        </w:rPr>
        <w:t>Legal organization name</w:t>
      </w:r>
    </w:p>
    <w:p w14:paraId="2EC28243"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Short text</w:t>
      </w:r>
    </w:p>
    <w:p w14:paraId="770C1C4D" w14:textId="5F286A76" w:rsidR="00D85848" w:rsidRPr="000934CD" w:rsidRDefault="001D6B23">
      <w:pPr>
        <w:keepNext/>
        <w:spacing w:before="140" w:after="40"/>
        <w:rPr>
          <w:rFonts w:ascii="Arial Nova" w:hAnsi="Arial Nova"/>
          <w:sz w:val="22"/>
        </w:rPr>
      </w:pPr>
      <w:r w:rsidRPr="000934CD">
        <w:rPr>
          <w:rFonts w:ascii="Arial Nova" w:hAnsi="Arial Nova"/>
          <w:b/>
          <w:sz w:val="22"/>
        </w:rPr>
        <w:t>Organization address</w:t>
      </w:r>
    </w:p>
    <w:p w14:paraId="26A6BF9E"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Address fields</w:t>
      </w:r>
    </w:p>
    <w:p w14:paraId="6611DDCC" w14:textId="72000EA0" w:rsidR="00D85848" w:rsidRPr="000934CD" w:rsidRDefault="001D6B23">
      <w:pPr>
        <w:keepNext/>
        <w:spacing w:before="140" w:after="40"/>
        <w:rPr>
          <w:rFonts w:ascii="Arial Nova" w:hAnsi="Arial Nova"/>
          <w:sz w:val="22"/>
        </w:rPr>
      </w:pPr>
      <w:r w:rsidRPr="000934CD">
        <w:rPr>
          <w:rFonts w:ascii="Arial Nova" w:hAnsi="Arial Nova"/>
          <w:b/>
          <w:sz w:val="22"/>
        </w:rPr>
        <w:t>Organization website</w:t>
      </w:r>
    </w:p>
    <w:p w14:paraId="5676CD4D"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URL</w:t>
      </w:r>
    </w:p>
    <w:p w14:paraId="26AED5EC" w14:textId="25BFECFF" w:rsidR="00D85848" w:rsidRPr="000934CD" w:rsidRDefault="001D6B23">
      <w:pPr>
        <w:keepNext/>
        <w:spacing w:before="140" w:after="40"/>
        <w:rPr>
          <w:rFonts w:ascii="Arial Nova" w:hAnsi="Arial Nova"/>
          <w:sz w:val="22"/>
        </w:rPr>
      </w:pPr>
      <w:r w:rsidRPr="000934CD">
        <w:rPr>
          <w:rFonts w:ascii="Arial Nova" w:hAnsi="Arial Nova"/>
          <w:b/>
          <w:sz w:val="22"/>
        </w:rPr>
        <w:t>Year the organization began operating</w:t>
      </w:r>
    </w:p>
    <w:p w14:paraId="1C517523"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Number</w:t>
      </w:r>
    </w:p>
    <w:p w14:paraId="7C076E3E" w14:textId="09166A4D" w:rsidR="00D85848" w:rsidRPr="000934CD" w:rsidRDefault="001D6B23">
      <w:pPr>
        <w:keepNext/>
        <w:spacing w:before="140" w:after="40"/>
        <w:rPr>
          <w:rFonts w:ascii="Arial Nova" w:hAnsi="Arial Nova"/>
          <w:sz w:val="22"/>
        </w:rPr>
      </w:pPr>
      <w:r w:rsidRPr="000934CD">
        <w:rPr>
          <w:rFonts w:ascii="Arial Nova" w:hAnsi="Arial Nova"/>
          <w:b/>
          <w:sz w:val="22"/>
        </w:rPr>
        <w:t>Primary application contact name, title, email and phone number</w:t>
      </w:r>
    </w:p>
    <w:p w14:paraId="441D3902"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Contact fields</w:t>
      </w:r>
    </w:p>
    <w:p w14:paraId="3020DE90" w14:textId="1F4572D7" w:rsidR="00D85848" w:rsidRPr="000934CD" w:rsidRDefault="001D6B23">
      <w:pPr>
        <w:keepNext/>
        <w:spacing w:before="140" w:after="40"/>
        <w:rPr>
          <w:rFonts w:ascii="Arial Nova" w:hAnsi="Arial Nova"/>
          <w:sz w:val="22"/>
        </w:rPr>
      </w:pPr>
      <w:r w:rsidRPr="000934CD">
        <w:rPr>
          <w:rFonts w:ascii="Arial Nova" w:hAnsi="Arial Nova"/>
          <w:b/>
          <w:sz w:val="22"/>
        </w:rPr>
        <w:t>Executive Director or Chief Executive Officer name and email</w:t>
      </w:r>
    </w:p>
    <w:p w14:paraId="7807162C"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Contact fields</w:t>
      </w:r>
    </w:p>
    <w:p w14:paraId="42EA8A59" w14:textId="47DC6638" w:rsidR="00D85848" w:rsidRPr="000934CD" w:rsidRDefault="001D6B23">
      <w:pPr>
        <w:keepNext/>
        <w:spacing w:before="140" w:after="40"/>
        <w:rPr>
          <w:rFonts w:ascii="Arial Nova" w:hAnsi="Arial Nova"/>
          <w:sz w:val="22"/>
        </w:rPr>
      </w:pPr>
      <w:r w:rsidRPr="000934CD">
        <w:rPr>
          <w:rFonts w:ascii="Arial Nova" w:hAnsi="Arial Nova"/>
          <w:b/>
          <w:sz w:val="22"/>
        </w:rPr>
        <w:t>Tax status</w:t>
      </w:r>
    </w:p>
    <w:p w14:paraId="3ACA559E" w14:textId="77777777" w:rsidR="00D85848" w:rsidRPr="000934CD" w:rsidRDefault="001D6B23" w:rsidP="000934CD">
      <w:pPr>
        <w:pStyle w:val="ListBullet"/>
        <w:keepLines/>
        <w:numPr>
          <w:ilvl w:val="0"/>
          <w:numId w:val="24"/>
        </w:numPr>
        <w:spacing w:after="20" w:line="252" w:lineRule="auto"/>
        <w:rPr>
          <w:rFonts w:ascii="Arial Nova" w:hAnsi="Arial Nova"/>
          <w:sz w:val="22"/>
        </w:rPr>
      </w:pPr>
      <w:r w:rsidRPr="000934CD">
        <w:rPr>
          <w:rFonts w:ascii="Arial Nova" w:hAnsi="Arial Nova"/>
          <w:sz w:val="22"/>
        </w:rPr>
        <w:t>501(c)(3) nonprofit</w:t>
      </w:r>
    </w:p>
    <w:p w14:paraId="7F436DB4" w14:textId="77777777" w:rsidR="00D85848" w:rsidRPr="000934CD" w:rsidRDefault="001D6B23" w:rsidP="000934CD">
      <w:pPr>
        <w:pStyle w:val="ListBullet"/>
        <w:keepLines/>
        <w:numPr>
          <w:ilvl w:val="0"/>
          <w:numId w:val="24"/>
        </w:numPr>
        <w:spacing w:after="20" w:line="252" w:lineRule="auto"/>
        <w:rPr>
          <w:rFonts w:ascii="Arial Nova" w:hAnsi="Arial Nova"/>
          <w:sz w:val="22"/>
        </w:rPr>
      </w:pPr>
      <w:r w:rsidRPr="000934CD">
        <w:rPr>
          <w:rFonts w:ascii="Arial Nova" w:hAnsi="Arial Nova"/>
          <w:sz w:val="22"/>
        </w:rPr>
        <w:t>Other tax-exempt nonprofit or entity</w:t>
      </w:r>
    </w:p>
    <w:p w14:paraId="58D49464" w14:textId="77777777" w:rsidR="00D85848" w:rsidRPr="000934CD" w:rsidRDefault="001D6B23" w:rsidP="000934CD">
      <w:pPr>
        <w:pStyle w:val="ListBullet"/>
        <w:keepLines/>
        <w:numPr>
          <w:ilvl w:val="0"/>
          <w:numId w:val="24"/>
        </w:numPr>
        <w:spacing w:after="20" w:line="252" w:lineRule="auto"/>
        <w:rPr>
          <w:rFonts w:ascii="Arial Nova" w:hAnsi="Arial Nova"/>
          <w:sz w:val="22"/>
        </w:rPr>
      </w:pPr>
      <w:r w:rsidRPr="000934CD">
        <w:rPr>
          <w:rFonts w:ascii="Arial Nova" w:hAnsi="Arial Nova"/>
          <w:sz w:val="22"/>
        </w:rPr>
        <w:t>Applying through a nonprofit fiscal sponsor</w:t>
      </w:r>
    </w:p>
    <w:p w14:paraId="6E4D9FDC"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Single select</w:t>
      </w:r>
    </w:p>
    <w:p w14:paraId="32FAAB77" w14:textId="76E949EC" w:rsidR="00D85848" w:rsidRPr="000934CD" w:rsidRDefault="001D6B23">
      <w:pPr>
        <w:keepNext/>
        <w:spacing w:before="140" w:after="40"/>
        <w:rPr>
          <w:rFonts w:ascii="Arial Nova" w:hAnsi="Arial Nova"/>
          <w:sz w:val="22"/>
        </w:rPr>
      </w:pPr>
      <w:r w:rsidRPr="000934CD">
        <w:rPr>
          <w:rFonts w:ascii="Arial Nova" w:hAnsi="Arial Nova"/>
          <w:b/>
          <w:sz w:val="22"/>
        </w:rPr>
        <w:t>If applying through a fiscal sponsor, provide the sponsor's legal name, contact person and email address</w:t>
      </w:r>
    </w:p>
    <w:p w14:paraId="5590C77A"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Conditional contact fields</w:t>
      </w:r>
    </w:p>
    <w:p w14:paraId="2E416598" w14:textId="29850C73" w:rsidR="00D85848" w:rsidRPr="000934CD" w:rsidRDefault="001D6B23">
      <w:pPr>
        <w:keepNext/>
        <w:spacing w:before="140" w:after="40"/>
        <w:rPr>
          <w:rFonts w:ascii="Arial Nova" w:hAnsi="Arial Nova"/>
          <w:sz w:val="22"/>
        </w:rPr>
      </w:pPr>
      <w:r w:rsidRPr="000934CD">
        <w:rPr>
          <w:rFonts w:ascii="Arial Nova" w:hAnsi="Arial Nova"/>
          <w:b/>
          <w:sz w:val="22"/>
        </w:rPr>
        <w:t>Current annual organizational budget</w:t>
      </w:r>
    </w:p>
    <w:p w14:paraId="1DE33CA1"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Currency</w:t>
      </w:r>
    </w:p>
    <w:p w14:paraId="3199C01C" w14:textId="76AC3F7F" w:rsidR="00D85848" w:rsidRPr="000934CD" w:rsidRDefault="001D6B23">
      <w:pPr>
        <w:keepNext/>
        <w:spacing w:before="140" w:after="40"/>
        <w:rPr>
          <w:rFonts w:ascii="Arial Nova" w:hAnsi="Arial Nova"/>
          <w:sz w:val="22"/>
        </w:rPr>
      </w:pPr>
      <w:r w:rsidRPr="000934CD">
        <w:rPr>
          <w:rFonts w:ascii="Arial Nova" w:hAnsi="Arial Nova"/>
          <w:b/>
          <w:sz w:val="22"/>
        </w:rPr>
        <w:t>Number of full-time-equivalent employees</w:t>
      </w:r>
    </w:p>
    <w:p w14:paraId="726BC0EB"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Number</w:t>
      </w:r>
    </w:p>
    <w:p w14:paraId="2AD4F3E7" w14:textId="61225C4C" w:rsidR="00D85848" w:rsidRPr="000934CD" w:rsidRDefault="001D6B23">
      <w:pPr>
        <w:keepNext/>
        <w:spacing w:before="140" w:after="40"/>
        <w:rPr>
          <w:rFonts w:ascii="Arial Nova" w:hAnsi="Arial Nova"/>
          <w:sz w:val="22"/>
        </w:rPr>
      </w:pPr>
      <w:r w:rsidRPr="000934CD">
        <w:rPr>
          <w:rFonts w:ascii="Arial Nova" w:hAnsi="Arial Nova"/>
          <w:b/>
          <w:sz w:val="22"/>
        </w:rPr>
        <w:t>Approximately how many people does your organization serve each year?</w:t>
      </w:r>
    </w:p>
    <w:p w14:paraId="469DBA90"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Number or estimate</w:t>
      </w:r>
    </w:p>
    <w:p w14:paraId="2C0AF164" w14:textId="3AB7AF8C" w:rsidR="00D85848" w:rsidRPr="000934CD" w:rsidRDefault="001D6B23">
      <w:pPr>
        <w:keepNext/>
        <w:spacing w:before="140" w:after="40"/>
        <w:rPr>
          <w:rFonts w:ascii="Arial Nova" w:hAnsi="Arial Nova"/>
          <w:sz w:val="22"/>
        </w:rPr>
      </w:pPr>
      <w:r w:rsidRPr="000934CD">
        <w:rPr>
          <w:rFonts w:ascii="Arial Nova" w:hAnsi="Arial Nova"/>
          <w:b/>
          <w:sz w:val="22"/>
        </w:rPr>
        <w:t>What percentage of the people expected to benefit from the proposed work live in United Way's nine-county service area?</w:t>
      </w:r>
    </w:p>
    <w:p w14:paraId="3ADB6351"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Percentage</w:t>
      </w:r>
    </w:p>
    <w:p w14:paraId="0D7DFA0A" w14:textId="4F97356C" w:rsidR="00D85848" w:rsidRPr="000934CD" w:rsidRDefault="001D6B23">
      <w:pPr>
        <w:keepNext/>
        <w:spacing w:before="140" w:after="40"/>
        <w:rPr>
          <w:rFonts w:ascii="Arial Nova" w:hAnsi="Arial Nova"/>
          <w:sz w:val="22"/>
        </w:rPr>
      </w:pPr>
      <w:r w:rsidRPr="000934CD">
        <w:rPr>
          <w:rFonts w:ascii="Arial Nova" w:hAnsi="Arial Nova"/>
          <w:b/>
          <w:sz w:val="22"/>
        </w:rPr>
        <w:t>Select each county expected to benefit from the proposed work</w:t>
      </w:r>
    </w:p>
    <w:p w14:paraId="3289D9B0" w14:textId="77777777" w:rsid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Multi-select county list</w:t>
      </w:r>
    </w:p>
    <w:p w14:paraId="1B5980C5" w14:textId="53ADD60A" w:rsidR="000934CD" w:rsidRDefault="001D6B23" w:rsidP="000934CD">
      <w:pPr>
        <w:spacing w:after="80"/>
        <w:rPr>
          <w:rFonts w:ascii="Arial Nova" w:hAnsi="Arial Nova"/>
          <w:sz w:val="22"/>
        </w:rPr>
      </w:pPr>
      <w:r w:rsidRPr="000934CD">
        <w:rPr>
          <w:rFonts w:ascii="Arial Nova" w:hAnsi="Arial Nova"/>
          <w:b/>
          <w:sz w:val="22"/>
        </w:rPr>
        <w:t xml:space="preserve">What percentage of the people expected to benefit live at or below 200% of the Federal Poverty Level? </w:t>
      </w:r>
    </w:p>
    <w:p w14:paraId="5BEA79CB" w14:textId="77777777" w:rsidR="000934CD" w:rsidRDefault="001D6B23" w:rsidP="000934CD">
      <w:pPr>
        <w:spacing w:after="80"/>
        <w:rPr>
          <w:rFonts w:ascii="Arial Nova" w:hAnsi="Arial Nova"/>
          <w:i/>
          <w:color w:val="606A76"/>
          <w:sz w:val="22"/>
        </w:rPr>
      </w:pPr>
      <w:r w:rsidRPr="000934CD">
        <w:rPr>
          <w:rFonts w:ascii="Arial Nova" w:hAnsi="Arial Nova"/>
          <w:b/>
          <w:color w:val="606A76"/>
          <w:sz w:val="22"/>
        </w:rPr>
        <w:t xml:space="preserve">Response: </w:t>
      </w:r>
      <w:r w:rsidRPr="000934CD">
        <w:rPr>
          <w:rFonts w:ascii="Arial Nova" w:hAnsi="Arial Nova"/>
          <w:i/>
          <w:color w:val="606A76"/>
          <w:sz w:val="22"/>
        </w:rPr>
        <w:t xml:space="preserve">Percentage </w:t>
      </w:r>
    </w:p>
    <w:p w14:paraId="6B5327C1" w14:textId="4D4F35DD" w:rsidR="00D85848" w:rsidRPr="006921F9" w:rsidRDefault="001D6B23" w:rsidP="000934CD">
      <w:pPr>
        <w:spacing w:after="80"/>
        <w:rPr>
          <w:rFonts w:ascii="Arial Nova" w:hAnsi="Arial Nova"/>
          <w:i/>
          <w:color w:val="606A76"/>
          <w:sz w:val="22"/>
          <w:u w:val="single"/>
        </w:rPr>
      </w:pPr>
      <w:r w:rsidRPr="006921F9">
        <w:rPr>
          <w:rFonts w:ascii="Arial Nova" w:hAnsi="Arial Nova"/>
          <w:b/>
          <w:sz w:val="28"/>
          <w:szCs w:val="16"/>
          <w:u w:val="single"/>
        </w:rPr>
        <w:t>Proposal Overview</w:t>
      </w:r>
    </w:p>
    <w:p w14:paraId="6A63BE00" w14:textId="1F9A8F9C" w:rsidR="00D85848" w:rsidRPr="000934CD" w:rsidRDefault="001D6B23">
      <w:pPr>
        <w:keepNext/>
        <w:spacing w:before="140" w:after="40"/>
        <w:rPr>
          <w:rFonts w:ascii="Arial Nova" w:hAnsi="Arial Nova"/>
          <w:sz w:val="22"/>
        </w:rPr>
      </w:pPr>
      <w:r w:rsidRPr="000934CD">
        <w:rPr>
          <w:rFonts w:ascii="Arial Nova" w:hAnsi="Arial Nova"/>
          <w:b/>
          <w:sz w:val="22"/>
        </w:rPr>
        <w:t>Selected funding priority</w:t>
      </w:r>
    </w:p>
    <w:p w14:paraId="0F7CF293" w14:textId="77777777" w:rsidR="00D85848" w:rsidRPr="000934CD" w:rsidRDefault="001D6B23" w:rsidP="000934CD">
      <w:pPr>
        <w:pStyle w:val="ListBullet"/>
        <w:keepLines/>
        <w:numPr>
          <w:ilvl w:val="0"/>
          <w:numId w:val="26"/>
        </w:numPr>
        <w:spacing w:after="20" w:line="252" w:lineRule="auto"/>
        <w:rPr>
          <w:rFonts w:ascii="Arial Nova" w:hAnsi="Arial Nova"/>
          <w:sz w:val="22"/>
        </w:rPr>
      </w:pPr>
      <w:r w:rsidRPr="000934CD">
        <w:rPr>
          <w:rFonts w:ascii="Arial Nova" w:hAnsi="Arial Nova"/>
          <w:sz w:val="22"/>
        </w:rPr>
        <w:t>Educational Success</w:t>
      </w:r>
    </w:p>
    <w:p w14:paraId="4772AC72" w14:textId="77777777" w:rsidR="00D85848" w:rsidRPr="000934CD" w:rsidRDefault="001D6B23" w:rsidP="000934CD">
      <w:pPr>
        <w:pStyle w:val="ListBullet"/>
        <w:keepLines/>
        <w:numPr>
          <w:ilvl w:val="0"/>
          <w:numId w:val="26"/>
        </w:numPr>
        <w:spacing w:after="20" w:line="252" w:lineRule="auto"/>
        <w:rPr>
          <w:rFonts w:ascii="Arial Nova" w:hAnsi="Arial Nova"/>
          <w:sz w:val="22"/>
        </w:rPr>
      </w:pPr>
      <w:r w:rsidRPr="000934CD">
        <w:rPr>
          <w:rFonts w:ascii="Arial Nova" w:hAnsi="Arial Nova"/>
          <w:sz w:val="22"/>
        </w:rPr>
        <w:t>Financial Empowerment</w:t>
      </w:r>
    </w:p>
    <w:p w14:paraId="154E705A" w14:textId="77777777" w:rsidR="00D85848" w:rsidRPr="000934CD" w:rsidRDefault="001D6B23" w:rsidP="000934CD">
      <w:pPr>
        <w:pStyle w:val="ListBullet"/>
        <w:keepLines/>
        <w:numPr>
          <w:ilvl w:val="0"/>
          <w:numId w:val="26"/>
        </w:numPr>
        <w:spacing w:after="20" w:line="252" w:lineRule="auto"/>
        <w:rPr>
          <w:rFonts w:ascii="Arial Nova" w:hAnsi="Arial Nova"/>
          <w:sz w:val="22"/>
        </w:rPr>
      </w:pPr>
      <w:r w:rsidRPr="000934CD">
        <w:rPr>
          <w:rFonts w:ascii="Arial Nova" w:hAnsi="Arial Nova"/>
          <w:sz w:val="22"/>
        </w:rPr>
        <w:t>Housing Security</w:t>
      </w:r>
    </w:p>
    <w:p w14:paraId="7D38E57D" w14:textId="77777777" w:rsidR="00D85848" w:rsidRPr="000934CD" w:rsidRDefault="001D6B23" w:rsidP="000934CD">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Single select carried forward from the eligibility screener</w:t>
      </w:r>
    </w:p>
    <w:p w14:paraId="0AC8E07A" w14:textId="3DE83EB0" w:rsidR="00D85848" w:rsidRPr="000934CD" w:rsidRDefault="001D6B23">
      <w:pPr>
        <w:keepNext/>
        <w:spacing w:before="140" w:after="40"/>
        <w:rPr>
          <w:rFonts w:ascii="Arial Nova" w:hAnsi="Arial Nova"/>
          <w:sz w:val="22"/>
        </w:rPr>
      </w:pPr>
      <w:r w:rsidRPr="000934CD">
        <w:rPr>
          <w:rFonts w:ascii="Arial Nova" w:hAnsi="Arial Nova"/>
          <w:b/>
          <w:sz w:val="22"/>
        </w:rPr>
        <w:t>Amount requested</w:t>
      </w:r>
    </w:p>
    <w:p w14:paraId="575869BB" w14:textId="31486B87" w:rsidR="00D85848" w:rsidRPr="000934CD" w:rsidRDefault="695F1375" w:rsidP="3C3D2F7F">
      <w:pPr>
        <w:spacing w:after="80"/>
        <w:rPr>
          <w:rFonts w:ascii="Arial Nova" w:hAnsi="Arial Nova"/>
          <w:sz w:val="22"/>
        </w:rPr>
      </w:pPr>
      <w:r w:rsidRPr="3C3D2F7F">
        <w:rPr>
          <w:rFonts w:ascii="Arial Nova" w:hAnsi="Arial Nova"/>
          <w:b/>
          <w:bCs/>
          <w:color w:val="606A76"/>
          <w:sz w:val="22"/>
        </w:rPr>
        <w:t>R</w:t>
      </w:r>
      <w:r w:rsidR="6F048738" w:rsidRPr="3C3D2F7F">
        <w:rPr>
          <w:rFonts w:ascii="Arial Nova" w:hAnsi="Arial Nova"/>
          <w:b/>
          <w:bCs/>
          <w:color w:val="606A76"/>
          <w:sz w:val="22"/>
        </w:rPr>
        <w:t xml:space="preserve">esponse: </w:t>
      </w:r>
      <w:r w:rsidR="6F048738" w:rsidRPr="3C3D2F7F">
        <w:rPr>
          <w:rFonts w:ascii="Arial Nova" w:hAnsi="Arial Nova"/>
          <w:i/>
          <w:iCs/>
          <w:color w:val="606A76"/>
          <w:sz w:val="22"/>
        </w:rPr>
        <w:t>Currency</w:t>
      </w:r>
    </w:p>
    <w:p w14:paraId="75DD1AB9" w14:textId="2DE7C795" w:rsidR="00D85848" w:rsidRPr="000934CD" w:rsidRDefault="001D6B23">
      <w:pPr>
        <w:keepNext/>
        <w:spacing w:before="140" w:after="40"/>
        <w:rPr>
          <w:rFonts w:ascii="Arial Nova" w:hAnsi="Arial Nova"/>
          <w:sz w:val="22"/>
        </w:rPr>
      </w:pPr>
      <w:r w:rsidRPr="000934CD">
        <w:rPr>
          <w:rFonts w:ascii="Arial Nova" w:hAnsi="Arial Nova"/>
          <w:b/>
          <w:sz w:val="22"/>
        </w:rPr>
        <w:t>Name of the existing program, service or area of work this proposal builds upon</w:t>
      </w:r>
    </w:p>
    <w:p w14:paraId="3E572BB6" w14:textId="77777777" w:rsidR="00D85848" w:rsidRPr="000934CD" w:rsidRDefault="001D6B23" w:rsidP="006921F9">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Short text</w:t>
      </w:r>
    </w:p>
    <w:p w14:paraId="3134AC60" w14:textId="08AD22E1" w:rsidR="00D85848" w:rsidRPr="000934CD" w:rsidRDefault="001D6B23">
      <w:pPr>
        <w:keepNext/>
        <w:spacing w:before="140" w:after="40"/>
        <w:rPr>
          <w:rFonts w:ascii="Arial Nova" w:hAnsi="Arial Nova"/>
          <w:sz w:val="22"/>
        </w:rPr>
      </w:pPr>
      <w:r w:rsidRPr="000934CD">
        <w:rPr>
          <w:rFonts w:ascii="Arial Nova" w:hAnsi="Arial Nova"/>
          <w:b/>
          <w:sz w:val="22"/>
        </w:rPr>
        <w:t>Current annual budget for that program or service</w:t>
      </w:r>
    </w:p>
    <w:p w14:paraId="4CC5AEC0" w14:textId="77777777" w:rsidR="00D85848" w:rsidRPr="000934CD" w:rsidRDefault="001D6B23" w:rsidP="006921F9">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Currency</w:t>
      </w:r>
    </w:p>
    <w:p w14:paraId="56CDC75A" w14:textId="5A63ED60" w:rsidR="00D85848" w:rsidRPr="000934CD" w:rsidRDefault="001D6B23">
      <w:pPr>
        <w:keepNext/>
        <w:spacing w:before="140" w:after="40"/>
        <w:rPr>
          <w:rFonts w:ascii="Arial Nova" w:hAnsi="Arial Nova"/>
          <w:sz w:val="22"/>
        </w:rPr>
      </w:pPr>
      <w:r w:rsidRPr="000934CD">
        <w:rPr>
          <w:rFonts w:ascii="Arial Nova" w:hAnsi="Arial Nova"/>
          <w:b/>
          <w:sz w:val="22"/>
        </w:rPr>
        <w:t>If your organization is submitting other Emerging Priorities Fund proposals, list each proposal, selected priority, related program or service and amount requested</w:t>
      </w:r>
    </w:p>
    <w:p w14:paraId="2F65AC1A" w14:textId="77777777" w:rsidR="00D85848" w:rsidRPr="000934CD" w:rsidRDefault="001D6B23" w:rsidP="006921F9">
      <w:pPr>
        <w:spacing w:after="8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Conditional short response</w:t>
      </w:r>
    </w:p>
    <w:p w14:paraId="6A882434" w14:textId="0A758B0B" w:rsidR="00D85848" w:rsidRPr="000934CD" w:rsidRDefault="001D6B23">
      <w:pPr>
        <w:keepNext/>
        <w:spacing w:before="140" w:after="40"/>
        <w:rPr>
          <w:rFonts w:ascii="Arial Nova" w:hAnsi="Arial Nova"/>
          <w:sz w:val="22"/>
        </w:rPr>
      </w:pPr>
      <w:r w:rsidRPr="000934CD">
        <w:rPr>
          <w:rFonts w:ascii="Arial Nova" w:hAnsi="Arial Nova"/>
          <w:b/>
          <w:sz w:val="22"/>
        </w:rPr>
        <w:t>Proposed start and end dates</w:t>
      </w:r>
    </w:p>
    <w:p w14:paraId="0A4F97DF" w14:textId="4B256689" w:rsidR="00D85848" w:rsidRPr="000934CD" w:rsidRDefault="001D6B23" w:rsidP="006921F9">
      <w:pPr>
        <w:spacing w:after="40"/>
        <w:rPr>
          <w:rFonts w:ascii="Arial Nova" w:hAnsi="Arial Nova"/>
          <w:sz w:val="22"/>
        </w:rPr>
      </w:pPr>
      <w:r w:rsidRPr="000934CD">
        <w:rPr>
          <w:rFonts w:ascii="Arial Nova" w:hAnsi="Arial Nova"/>
          <w:b/>
          <w:color w:val="606A76"/>
          <w:sz w:val="22"/>
        </w:rPr>
        <w:t xml:space="preserve">Response: </w:t>
      </w:r>
      <w:r w:rsidRPr="000934CD">
        <w:rPr>
          <w:rFonts w:ascii="Arial Nova" w:hAnsi="Arial Nova"/>
          <w:i/>
          <w:color w:val="606A76"/>
          <w:sz w:val="22"/>
        </w:rPr>
        <w:t>Date fields</w:t>
      </w:r>
      <w:r w:rsidR="006921F9">
        <w:rPr>
          <w:rFonts w:ascii="Arial Nova" w:hAnsi="Arial Nova"/>
          <w:sz w:val="22"/>
        </w:rPr>
        <w:t xml:space="preserve">; </w:t>
      </w:r>
      <w:r w:rsidRPr="000934CD">
        <w:rPr>
          <w:rFonts w:ascii="Arial Nova" w:hAnsi="Arial Nova"/>
          <w:i/>
          <w:color w:val="606A76"/>
          <w:sz w:val="22"/>
        </w:rPr>
        <w:t>The work should be completed within six months when feasible and may take up to one year.</w:t>
      </w:r>
    </w:p>
    <w:p w14:paraId="2A81ED93" w14:textId="73CED5E5" w:rsidR="00D85848" w:rsidRPr="000934CD" w:rsidRDefault="001D6B23">
      <w:pPr>
        <w:keepNext/>
        <w:spacing w:before="140" w:after="40"/>
        <w:rPr>
          <w:rFonts w:ascii="Arial Nova" w:hAnsi="Arial Nova"/>
          <w:sz w:val="22"/>
        </w:rPr>
      </w:pPr>
      <w:r w:rsidRPr="000934CD">
        <w:rPr>
          <w:rFonts w:ascii="Arial Nova" w:hAnsi="Arial Nova"/>
          <w:b/>
          <w:sz w:val="22"/>
        </w:rPr>
        <w:t xml:space="preserve">Provide a </w:t>
      </w:r>
      <w:r w:rsidR="004740F3">
        <w:rPr>
          <w:rFonts w:ascii="Arial Nova" w:hAnsi="Arial Nova"/>
          <w:b/>
          <w:sz w:val="22"/>
        </w:rPr>
        <w:t xml:space="preserve">brief </w:t>
      </w:r>
      <w:r w:rsidRPr="000934CD">
        <w:rPr>
          <w:rFonts w:ascii="Arial Nova" w:hAnsi="Arial Nova"/>
          <w:b/>
          <w:sz w:val="22"/>
        </w:rPr>
        <w:t>summary of the proposed work</w:t>
      </w:r>
      <w:r w:rsidR="004740F3">
        <w:rPr>
          <w:rFonts w:ascii="Arial Nova" w:hAnsi="Arial Nova"/>
          <w:b/>
          <w:sz w:val="22"/>
        </w:rPr>
        <w:t xml:space="preserve">. </w:t>
      </w:r>
      <w:r w:rsidR="004740F3" w:rsidRPr="004740F3">
        <w:rPr>
          <w:rFonts w:ascii="Arial Nova" w:hAnsi="Arial Nova"/>
          <w:iCs/>
          <w:color w:val="000000" w:themeColor="text1"/>
          <w:sz w:val="22"/>
        </w:rPr>
        <w:t>Describe what the requested investment will make possible, who will benefit, and the primary result you expect to achieve.</w:t>
      </w:r>
    </w:p>
    <w:p w14:paraId="5583F6A5" w14:textId="35074AD6" w:rsidR="00D85848" w:rsidRPr="000934CD" w:rsidRDefault="001D6B23" w:rsidP="006921F9">
      <w:pPr>
        <w:spacing w:after="80"/>
        <w:rPr>
          <w:rFonts w:ascii="Arial Nova" w:hAnsi="Arial Nova"/>
          <w:sz w:val="22"/>
        </w:rPr>
      </w:pPr>
      <w:r w:rsidRPr="000934CD">
        <w:rPr>
          <w:rFonts w:ascii="Arial Nova" w:hAnsi="Arial Nova"/>
          <w:b/>
          <w:color w:val="606A76"/>
          <w:sz w:val="22"/>
        </w:rPr>
        <w:t xml:space="preserve">Response: </w:t>
      </w:r>
      <w:r w:rsidR="006921F9">
        <w:rPr>
          <w:rFonts w:ascii="Arial Nova" w:hAnsi="Arial Nova"/>
          <w:i/>
          <w:color w:val="606A76"/>
          <w:sz w:val="22"/>
        </w:rPr>
        <w:t>Narrative</w:t>
      </w:r>
      <w:r w:rsidR="004740F3">
        <w:rPr>
          <w:rFonts w:ascii="Arial Nova" w:hAnsi="Arial Nova"/>
          <w:i/>
          <w:color w:val="606A76"/>
          <w:sz w:val="22"/>
        </w:rPr>
        <w:t xml:space="preserve">; </w:t>
      </w:r>
    </w:p>
    <w:p w14:paraId="4299F467" w14:textId="4FDAB27C" w:rsidR="00D85848" w:rsidRPr="006921F9" w:rsidRDefault="001D6B23">
      <w:pPr>
        <w:pStyle w:val="Heading1"/>
        <w:spacing w:before="240" w:after="120"/>
        <w:rPr>
          <w:rFonts w:ascii="Arial Nova" w:hAnsi="Arial Nova"/>
          <w:sz w:val="28"/>
          <w:szCs w:val="20"/>
          <w:u w:val="single"/>
        </w:rPr>
      </w:pPr>
      <w:bookmarkStart w:id="30" w:name="_Toc242453384"/>
      <w:r w:rsidRPr="006921F9">
        <w:rPr>
          <w:rFonts w:ascii="Arial Nova" w:eastAsia="Arial" w:hAnsi="Arial Nova"/>
          <w:sz w:val="28"/>
          <w:szCs w:val="20"/>
          <w:u w:val="single"/>
        </w:rPr>
        <w:t>Community Need and Proposed Approach</w:t>
      </w:r>
      <w:bookmarkEnd w:id="30"/>
    </w:p>
    <w:p w14:paraId="51A165CC" w14:textId="47DB5C74" w:rsidR="009B2DDE" w:rsidRDefault="009B2DDE" w:rsidP="6F74C6EB">
      <w:pPr>
        <w:spacing w:after="80"/>
        <w:rPr>
          <w:rFonts w:ascii="Arial Nova" w:hAnsi="Arial Nova"/>
          <w:b/>
          <w:bCs/>
          <w:sz w:val="22"/>
        </w:rPr>
      </w:pPr>
      <w:r w:rsidRPr="6F74C6EB">
        <w:rPr>
          <w:rFonts w:ascii="Arial Nova" w:hAnsi="Arial Nova"/>
          <w:b/>
          <w:bCs/>
          <w:sz w:val="22"/>
        </w:rPr>
        <w:t xml:space="preserve">What specific challenge will the proposal address? </w:t>
      </w:r>
      <w:r w:rsidR="00A102D4" w:rsidRPr="6F74C6EB">
        <w:rPr>
          <w:rFonts w:ascii="Arial Nova" w:hAnsi="Arial Nova"/>
          <w:sz w:val="22"/>
        </w:rPr>
        <w:t xml:space="preserve">Describe who is affected, how the need is changing, and the data or experience that demonstrates the need. Include an estimate of the number of people, </w:t>
      </w:r>
      <w:r w:rsidR="7F994670" w:rsidRPr="6F74C6EB">
        <w:rPr>
          <w:rFonts w:ascii="Arial Nova" w:hAnsi="Arial Nova"/>
          <w:sz w:val="22"/>
        </w:rPr>
        <w:t>providers,</w:t>
      </w:r>
      <w:r w:rsidR="00A102D4" w:rsidRPr="6F74C6EB">
        <w:rPr>
          <w:rFonts w:ascii="Arial Nova" w:hAnsi="Arial Nova"/>
          <w:sz w:val="22"/>
        </w:rPr>
        <w:t xml:space="preserve"> or organizations expected to benefit.</w:t>
      </w:r>
    </w:p>
    <w:p w14:paraId="280C8514" w14:textId="49DD80C2" w:rsidR="00D85848" w:rsidRPr="006921F9" w:rsidRDefault="001D6B23" w:rsidP="006921F9">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Narrative</w:t>
      </w:r>
    </w:p>
    <w:p w14:paraId="41A922B9" w14:textId="0E3EE412" w:rsidR="009B2DDE" w:rsidRDefault="009B2DDE" w:rsidP="6F74C6EB">
      <w:pPr>
        <w:spacing w:after="80"/>
        <w:rPr>
          <w:rFonts w:ascii="Arial Nova" w:hAnsi="Arial Nova"/>
          <w:b/>
          <w:bCs/>
          <w:sz w:val="22"/>
        </w:rPr>
      </w:pPr>
      <w:r w:rsidRPr="6F74C6EB">
        <w:rPr>
          <w:rFonts w:ascii="Arial Nova" w:hAnsi="Arial Nova"/>
          <w:b/>
          <w:bCs/>
          <w:sz w:val="22"/>
        </w:rPr>
        <w:t xml:space="preserve">Describe the </w:t>
      </w:r>
      <w:r w:rsidR="00A102D4" w:rsidRPr="6F74C6EB">
        <w:rPr>
          <w:rFonts w:ascii="Arial Nova" w:hAnsi="Arial Nova"/>
          <w:b/>
          <w:bCs/>
          <w:sz w:val="22"/>
        </w:rPr>
        <w:t xml:space="preserve">proposed approach and how it will contribute to the goals of your selected funding priority. </w:t>
      </w:r>
      <w:r w:rsidR="00A102D4" w:rsidRPr="6F74C6EB">
        <w:rPr>
          <w:rFonts w:ascii="Arial Nova" w:hAnsi="Arial Nova"/>
          <w:sz w:val="22"/>
        </w:rPr>
        <w:t xml:space="preserve">Include primary </w:t>
      </w:r>
      <w:r w:rsidRPr="6F74C6EB">
        <w:rPr>
          <w:rFonts w:ascii="Arial Nova" w:hAnsi="Arial Nova"/>
          <w:sz w:val="22"/>
        </w:rPr>
        <w:t>activities, key timing, and responsible organization or partners</w:t>
      </w:r>
      <w:r w:rsidR="00AF6388" w:rsidRPr="6F74C6EB">
        <w:rPr>
          <w:rFonts w:ascii="Arial Nova" w:hAnsi="Arial Nova"/>
          <w:sz w:val="22"/>
        </w:rPr>
        <w:t xml:space="preserve"> (if applicable), and </w:t>
      </w:r>
      <w:r w:rsidRPr="6F74C6EB">
        <w:rPr>
          <w:rFonts w:ascii="Arial Nova" w:hAnsi="Arial Nova"/>
          <w:sz w:val="22"/>
        </w:rPr>
        <w:t xml:space="preserve">how the proposal </w:t>
      </w:r>
      <w:r w:rsidR="34F04D71" w:rsidRPr="6F74C6EB">
        <w:rPr>
          <w:rFonts w:ascii="Arial Nova" w:hAnsi="Arial Nova"/>
          <w:sz w:val="22"/>
        </w:rPr>
        <w:t>builds</w:t>
      </w:r>
      <w:r w:rsidR="006F0DB1" w:rsidRPr="6F74C6EB">
        <w:rPr>
          <w:rFonts w:ascii="Arial Nova" w:hAnsi="Arial Nova"/>
          <w:sz w:val="22"/>
        </w:rPr>
        <w:t xml:space="preserve"> your organization’s</w:t>
      </w:r>
      <w:r w:rsidRPr="6F74C6EB">
        <w:rPr>
          <w:rFonts w:ascii="Arial Nova" w:hAnsi="Arial Nova"/>
          <w:sz w:val="22"/>
        </w:rPr>
        <w:t xml:space="preserve"> existing work</w:t>
      </w:r>
      <w:r w:rsidR="006F0DB1" w:rsidRPr="6F74C6EB">
        <w:rPr>
          <w:rFonts w:ascii="Arial Nova" w:hAnsi="Arial Nova"/>
          <w:sz w:val="22"/>
        </w:rPr>
        <w:t xml:space="preserve">, </w:t>
      </w:r>
      <w:r w:rsidRPr="6F74C6EB">
        <w:rPr>
          <w:rFonts w:ascii="Arial Nova" w:hAnsi="Arial Nova"/>
          <w:sz w:val="22"/>
        </w:rPr>
        <w:t>experience or capacity.</w:t>
      </w:r>
    </w:p>
    <w:p w14:paraId="35479CE5" w14:textId="7EC75F8A" w:rsidR="00D85848" w:rsidRPr="006921F9" w:rsidRDefault="001D6B23" w:rsidP="006921F9">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Narrative and estimates</w:t>
      </w:r>
    </w:p>
    <w:p w14:paraId="5C30EE17" w14:textId="1AE1C07F" w:rsidR="009B2DDE" w:rsidRDefault="009B2DDE" w:rsidP="006921F9">
      <w:pPr>
        <w:spacing w:after="80"/>
        <w:rPr>
          <w:rFonts w:ascii="Arial Nova" w:hAnsi="Arial Nova"/>
          <w:b/>
          <w:sz w:val="22"/>
        </w:rPr>
      </w:pPr>
      <w:r w:rsidRPr="009B2DDE">
        <w:rPr>
          <w:rFonts w:ascii="Arial Nova" w:hAnsi="Arial Nova"/>
          <w:b/>
          <w:sz w:val="22"/>
        </w:rPr>
        <w:t>How will the requested funds be used? Identify the primary uses and the approximate amount or share supporting each.</w:t>
      </w:r>
    </w:p>
    <w:p w14:paraId="283D1422" w14:textId="34564450" w:rsidR="00D85848" w:rsidRPr="009B2DDE" w:rsidRDefault="001D6B23" w:rsidP="009B2DDE">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Narrative</w:t>
      </w:r>
      <w:r w:rsidRPr="007F2160">
        <w:rPr>
          <w:rFonts w:ascii="Arial Nova" w:hAnsi="Arial Nova"/>
        </w:rPr>
        <w:br w:type="page"/>
      </w:r>
    </w:p>
    <w:p w14:paraId="4A3A2C00" w14:textId="28A000C7" w:rsidR="00D85848" w:rsidRPr="006921F9" w:rsidRDefault="001D6B23">
      <w:pPr>
        <w:pStyle w:val="Heading1"/>
        <w:spacing w:before="240" w:after="120"/>
        <w:rPr>
          <w:rFonts w:ascii="Arial Nova" w:hAnsi="Arial Nova"/>
          <w:sz w:val="28"/>
          <w:szCs w:val="20"/>
          <w:u w:val="single"/>
        </w:rPr>
      </w:pPr>
      <w:bookmarkStart w:id="31" w:name="_Toc242453385"/>
      <w:r w:rsidRPr="006921F9">
        <w:rPr>
          <w:rFonts w:ascii="Arial Nova" w:eastAsia="Arial" w:hAnsi="Arial Nova"/>
          <w:sz w:val="28"/>
          <w:szCs w:val="20"/>
          <w:u w:val="single"/>
        </w:rPr>
        <w:t>Priority Specific Questions</w:t>
      </w:r>
      <w:bookmarkEnd w:id="31"/>
    </w:p>
    <w:p w14:paraId="34B6D910" w14:textId="77777777" w:rsidR="00D85848" w:rsidRPr="006921F9" w:rsidRDefault="001D6B23">
      <w:pPr>
        <w:keepLines/>
        <w:rPr>
          <w:rFonts w:ascii="Arial Nova" w:hAnsi="Arial Nova"/>
          <w:sz w:val="22"/>
          <w:szCs w:val="24"/>
        </w:rPr>
      </w:pPr>
      <w:r w:rsidRPr="006921F9">
        <w:rPr>
          <w:rFonts w:ascii="Arial Nova" w:hAnsi="Arial Nova"/>
          <w:i/>
          <w:sz w:val="22"/>
          <w:szCs w:val="24"/>
        </w:rPr>
        <w:t>Only the questions for the priority selected in the eligibility screener will appear.</w:t>
      </w:r>
    </w:p>
    <w:p w14:paraId="65B20537" w14:textId="77777777" w:rsidR="00D85848" w:rsidRPr="006921F9" w:rsidRDefault="001D6B23">
      <w:pPr>
        <w:pStyle w:val="Heading2"/>
        <w:spacing w:before="180" w:after="80"/>
        <w:rPr>
          <w:rFonts w:ascii="Arial Nova" w:hAnsi="Arial Nova"/>
          <w:szCs w:val="28"/>
        </w:rPr>
      </w:pPr>
      <w:bookmarkStart w:id="32" w:name="_Toc242453386"/>
      <w:r w:rsidRPr="006921F9">
        <w:rPr>
          <w:rFonts w:ascii="Arial Nova" w:eastAsia="Arial" w:hAnsi="Arial Nova"/>
          <w:szCs w:val="28"/>
        </w:rPr>
        <w:t>Educational Success</w:t>
      </w:r>
      <w:bookmarkEnd w:id="32"/>
    </w:p>
    <w:p w14:paraId="797EF6FA" w14:textId="6F785771" w:rsidR="00D85848" w:rsidRPr="006921F9" w:rsidRDefault="006921F9">
      <w:pPr>
        <w:keepNext/>
        <w:spacing w:before="140" w:after="40"/>
        <w:rPr>
          <w:rFonts w:ascii="Arial Nova" w:hAnsi="Arial Nova"/>
          <w:bCs/>
          <w:sz w:val="22"/>
        </w:rPr>
      </w:pPr>
      <w:r w:rsidRPr="006921F9">
        <w:rPr>
          <w:rFonts w:ascii="Arial Nova" w:hAnsi="Arial Nova"/>
          <w:bCs/>
          <w:sz w:val="22"/>
        </w:rPr>
        <w:t xml:space="preserve">Reminder: </w:t>
      </w:r>
      <w:r w:rsidR="001D6B23" w:rsidRPr="006921F9">
        <w:rPr>
          <w:rFonts w:ascii="Arial Nova" w:hAnsi="Arial Nova"/>
          <w:bCs/>
          <w:sz w:val="22"/>
        </w:rPr>
        <w:t xml:space="preserve">your organization </w:t>
      </w:r>
      <w:r w:rsidRPr="006921F9">
        <w:rPr>
          <w:rFonts w:ascii="Arial Nova" w:hAnsi="Arial Nova"/>
          <w:bCs/>
          <w:sz w:val="22"/>
        </w:rPr>
        <w:t xml:space="preserve">must </w:t>
      </w:r>
      <w:r w:rsidR="001D6B23" w:rsidRPr="006921F9">
        <w:rPr>
          <w:rFonts w:ascii="Arial Nova" w:hAnsi="Arial Nova"/>
          <w:bCs/>
          <w:sz w:val="22"/>
        </w:rPr>
        <w:t>currently provide early education services, direct support to early education providers or educators, or behavioral-health or clinical services in partnership with early education providers serving children from birth through age 5</w:t>
      </w:r>
      <w:r w:rsidRPr="006921F9">
        <w:rPr>
          <w:rFonts w:ascii="Arial Nova" w:hAnsi="Arial Nova"/>
          <w:bCs/>
          <w:sz w:val="22"/>
        </w:rPr>
        <w:t xml:space="preserve">. </w:t>
      </w:r>
    </w:p>
    <w:p w14:paraId="66E24AC6" w14:textId="3C5FDF0E" w:rsidR="00D85848" w:rsidRPr="006921F9" w:rsidRDefault="001D6B23">
      <w:pPr>
        <w:keepNext/>
        <w:spacing w:before="140" w:after="40"/>
        <w:rPr>
          <w:rFonts w:ascii="Arial Nova" w:hAnsi="Arial Nova"/>
          <w:sz w:val="22"/>
        </w:rPr>
      </w:pPr>
      <w:r w:rsidRPr="006921F9">
        <w:rPr>
          <w:rFonts w:ascii="Arial Nova" w:hAnsi="Arial Nova"/>
          <w:b/>
          <w:sz w:val="22"/>
        </w:rPr>
        <w:t>Which approach best describes the proposed work?</w:t>
      </w:r>
    </w:p>
    <w:p w14:paraId="125B6CF1" w14:textId="77777777" w:rsidR="00D85848" w:rsidRPr="006921F9" w:rsidRDefault="001D6B23" w:rsidP="006921F9">
      <w:pPr>
        <w:pStyle w:val="ListBullet"/>
        <w:keepLines/>
        <w:numPr>
          <w:ilvl w:val="0"/>
          <w:numId w:val="27"/>
        </w:numPr>
        <w:spacing w:after="20" w:line="252" w:lineRule="auto"/>
        <w:rPr>
          <w:rFonts w:ascii="Arial Nova" w:hAnsi="Arial Nova"/>
          <w:sz w:val="22"/>
        </w:rPr>
      </w:pPr>
      <w:r w:rsidRPr="006921F9">
        <w:rPr>
          <w:rFonts w:ascii="Arial Nova" w:hAnsi="Arial Nova"/>
          <w:sz w:val="22"/>
        </w:rPr>
        <w:t>Educator capacity-building</w:t>
      </w:r>
    </w:p>
    <w:p w14:paraId="586F1950" w14:textId="77777777" w:rsidR="00D85848" w:rsidRPr="006921F9" w:rsidRDefault="001D6B23" w:rsidP="006921F9">
      <w:pPr>
        <w:pStyle w:val="ListBullet"/>
        <w:keepLines/>
        <w:numPr>
          <w:ilvl w:val="0"/>
          <w:numId w:val="27"/>
        </w:numPr>
        <w:spacing w:after="20" w:line="252" w:lineRule="auto"/>
        <w:rPr>
          <w:rFonts w:ascii="Arial Nova" w:hAnsi="Arial Nova"/>
          <w:sz w:val="22"/>
        </w:rPr>
      </w:pPr>
      <w:r w:rsidRPr="006921F9">
        <w:rPr>
          <w:rFonts w:ascii="Arial Nova" w:hAnsi="Arial Nova"/>
          <w:sz w:val="22"/>
        </w:rPr>
        <w:t>Direct behavioral-health or clinical services</w:t>
      </w:r>
    </w:p>
    <w:p w14:paraId="392B0202" w14:textId="77777777" w:rsidR="00D85848" w:rsidRPr="006921F9" w:rsidRDefault="001D6B23" w:rsidP="006921F9">
      <w:pPr>
        <w:pStyle w:val="ListBullet"/>
        <w:keepLines/>
        <w:numPr>
          <w:ilvl w:val="0"/>
          <w:numId w:val="27"/>
        </w:numPr>
        <w:spacing w:after="20" w:line="252" w:lineRule="auto"/>
        <w:rPr>
          <w:rFonts w:ascii="Arial Nova" w:hAnsi="Arial Nova"/>
          <w:sz w:val="22"/>
        </w:rPr>
      </w:pPr>
      <w:r w:rsidRPr="006921F9">
        <w:rPr>
          <w:rFonts w:ascii="Arial Nova" w:hAnsi="Arial Nova"/>
          <w:sz w:val="22"/>
        </w:rPr>
        <w:t>Both</w:t>
      </w:r>
    </w:p>
    <w:p w14:paraId="41F8C870" w14:textId="77777777" w:rsidR="00D85848" w:rsidRPr="006921F9" w:rsidRDefault="001D6B23" w:rsidP="006921F9">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Single select</w:t>
      </w:r>
    </w:p>
    <w:p w14:paraId="002E55FF" w14:textId="1D926663" w:rsidR="00D85848" w:rsidRPr="006921F9" w:rsidRDefault="001D6B23" w:rsidP="6F74C6EB">
      <w:pPr>
        <w:keepNext/>
        <w:spacing w:before="140" w:after="40"/>
        <w:rPr>
          <w:rFonts w:ascii="Arial Nova" w:hAnsi="Arial Nova"/>
          <w:sz w:val="22"/>
        </w:rPr>
      </w:pPr>
      <w:r w:rsidRPr="6F74C6EB">
        <w:rPr>
          <w:rFonts w:ascii="Arial Nova" w:hAnsi="Arial Nova"/>
          <w:b/>
          <w:bCs/>
          <w:sz w:val="22"/>
        </w:rPr>
        <w:t>Describe the behavioral and social-emotional needs affecting children's learning</w:t>
      </w:r>
      <w:r w:rsidR="006921F9" w:rsidRPr="6F74C6EB">
        <w:rPr>
          <w:rFonts w:ascii="Arial Nova" w:hAnsi="Arial Nova"/>
          <w:b/>
          <w:bCs/>
          <w:sz w:val="22"/>
        </w:rPr>
        <w:t>.</w:t>
      </w:r>
      <w:r w:rsidRPr="6F74C6EB">
        <w:rPr>
          <w:rFonts w:ascii="Arial Nova" w:hAnsi="Arial Nova"/>
          <w:b/>
          <w:bCs/>
          <w:sz w:val="22"/>
        </w:rPr>
        <w:t xml:space="preserve"> </w:t>
      </w:r>
      <w:r w:rsidR="006921F9" w:rsidRPr="6F74C6EB">
        <w:rPr>
          <w:rFonts w:ascii="Arial Nova" w:hAnsi="Arial Nova"/>
          <w:b/>
          <w:bCs/>
          <w:sz w:val="22"/>
        </w:rPr>
        <w:t>H</w:t>
      </w:r>
      <w:r w:rsidRPr="6F74C6EB">
        <w:rPr>
          <w:rFonts w:ascii="Arial Nova" w:hAnsi="Arial Nova"/>
          <w:b/>
          <w:bCs/>
          <w:sz w:val="22"/>
        </w:rPr>
        <w:t xml:space="preserve">ow </w:t>
      </w:r>
      <w:r w:rsidR="006921F9" w:rsidRPr="6F74C6EB">
        <w:rPr>
          <w:rFonts w:ascii="Arial Nova" w:hAnsi="Arial Nova"/>
          <w:b/>
          <w:bCs/>
          <w:sz w:val="22"/>
        </w:rPr>
        <w:t>will the proposed approach</w:t>
      </w:r>
      <w:r w:rsidRPr="6F74C6EB">
        <w:rPr>
          <w:rFonts w:ascii="Arial Nova" w:hAnsi="Arial Nova"/>
          <w:b/>
          <w:bCs/>
          <w:sz w:val="22"/>
        </w:rPr>
        <w:t xml:space="preserve"> </w:t>
      </w:r>
      <w:r w:rsidR="00963492" w:rsidRPr="6F74C6EB">
        <w:rPr>
          <w:rFonts w:ascii="Arial Nova" w:hAnsi="Arial Nova"/>
          <w:b/>
          <w:bCs/>
          <w:sz w:val="22"/>
        </w:rPr>
        <w:t>strengthen educator skills, acce</w:t>
      </w:r>
      <w:r w:rsidR="00FA3BEE" w:rsidRPr="6F74C6EB">
        <w:rPr>
          <w:rFonts w:ascii="Arial Nova" w:hAnsi="Arial Nova"/>
          <w:b/>
          <w:bCs/>
          <w:sz w:val="22"/>
        </w:rPr>
        <w:t xml:space="preserve">ss to specialized </w:t>
      </w:r>
      <w:r w:rsidR="1D73595F" w:rsidRPr="6F74C6EB">
        <w:rPr>
          <w:rFonts w:ascii="Arial Nova" w:hAnsi="Arial Nova"/>
          <w:b/>
          <w:bCs/>
          <w:sz w:val="22"/>
        </w:rPr>
        <w:t>support,</w:t>
      </w:r>
      <w:r w:rsidR="00FA3BEE" w:rsidRPr="6F74C6EB">
        <w:rPr>
          <w:rFonts w:ascii="Arial Nova" w:hAnsi="Arial Nova"/>
          <w:b/>
          <w:bCs/>
          <w:sz w:val="22"/>
        </w:rPr>
        <w:t xml:space="preserve"> or provider response</w:t>
      </w:r>
      <w:r w:rsidR="006921F9" w:rsidRPr="6F74C6EB">
        <w:rPr>
          <w:rFonts w:ascii="Arial Nova" w:hAnsi="Arial Nova"/>
          <w:b/>
          <w:bCs/>
          <w:sz w:val="22"/>
        </w:rPr>
        <w:t>?</w:t>
      </w:r>
    </w:p>
    <w:p w14:paraId="0CA5BAEE" w14:textId="77777777" w:rsidR="00D85848" w:rsidRPr="006921F9" w:rsidRDefault="001D6B23" w:rsidP="006921F9">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Narrative</w:t>
      </w:r>
    </w:p>
    <w:p w14:paraId="4D010524" w14:textId="77C53958" w:rsidR="00D85848" w:rsidRPr="006921F9" w:rsidRDefault="00057FC2" w:rsidP="6F74C6EB">
      <w:pPr>
        <w:keepNext/>
        <w:spacing w:before="140" w:after="40"/>
        <w:rPr>
          <w:rFonts w:ascii="Arial Nova" w:hAnsi="Arial Nova"/>
          <w:sz w:val="22"/>
        </w:rPr>
      </w:pPr>
      <w:r w:rsidRPr="6F74C6EB">
        <w:rPr>
          <w:rFonts w:ascii="Arial Nova" w:hAnsi="Arial Nova"/>
          <w:b/>
          <w:bCs/>
          <w:sz w:val="22"/>
        </w:rPr>
        <w:t xml:space="preserve">How will the proposed improvements create more stable, supportive classroom environments? </w:t>
      </w:r>
      <w:r w:rsidRPr="6F74C6EB">
        <w:rPr>
          <w:rFonts w:ascii="Arial Nova" w:hAnsi="Arial Nova"/>
          <w:sz w:val="22"/>
        </w:rPr>
        <w:t>Describe the</w:t>
      </w:r>
      <w:r w:rsidR="001D6B23" w:rsidRPr="6F74C6EB">
        <w:rPr>
          <w:rFonts w:ascii="Arial Nova" w:hAnsi="Arial Nova"/>
          <w:sz w:val="22"/>
        </w:rPr>
        <w:t xml:space="preserve"> changes you expect</w:t>
      </w:r>
      <w:r w:rsidR="00F43734" w:rsidRPr="6F74C6EB">
        <w:rPr>
          <w:rFonts w:ascii="Arial Nova" w:hAnsi="Arial Nova"/>
          <w:sz w:val="22"/>
        </w:rPr>
        <w:t xml:space="preserve"> to see in</w:t>
      </w:r>
      <w:r w:rsidR="001D6B23" w:rsidRPr="6F74C6EB">
        <w:rPr>
          <w:rFonts w:ascii="Arial Nova" w:hAnsi="Arial Nova"/>
          <w:sz w:val="22"/>
        </w:rPr>
        <w:t xml:space="preserve"> educator</w:t>
      </w:r>
      <w:r w:rsidR="00F43734" w:rsidRPr="6F74C6EB">
        <w:rPr>
          <w:rFonts w:ascii="Arial Nova" w:hAnsi="Arial Nova"/>
          <w:sz w:val="22"/>
        </w:rPr>
        <w:t xml:space="preserve"> practices</w:t>
      </w:r>
      <w:r w:rsidR="001D6B23" w:rsidRPr="6F74C6EB">
        <w:rPr>
          <w:rFonts w:ascii="Arial Nova" w:hAnsi="Arial Nova"/>
          <w:sz w:val="22"/>
        </w:rPr>
        <w:t xml:space="preserve">, </w:t>
      </w:r>
      <w:r w:rsidR="00F43734" w:rsidRPr="6F74C6EB">
        <w:rPr>
          <w:rFonts w:ascii="Arial Nova" w:hAnsi="Arial Nova"/>
          <w:sz w:val="22"/>
        </w:rPr>
        <w:t xml:space="preserve">classroom </w:t>
      </w:r>
      <w:r w:rsidR="6ABF285E" w:rsidRPr="6F74C6EB">
        <w:rPr>
          <w:rFonts w:ascii="Arial Nova" w:hAnsi="Arial Nova"/>
          <w:sz w:val="22"/>
        </w:rPr>
        <w:t>response,</w:t>
      </w:r>
      <w:r w:rsidR="00F43734" w:rsidRPr="6F74C6EB">
        <w:rPr>
          <w:rFonts w:ascii="Arial Nova" w:hAnsi="Arial Nova"/>
          <w:sz w:val="22"/>
        </w:rPr>
        <w:t xml:space="preserve"> or children’s participation in learning. </w:t>
      </w:r>
      <w:r w:rsidR="001D6B23" w:rsidRPr="6F74C6EB">
        <w:rPr>
          <w:rFonts w:ascii="Arial Nova" w:hAnsi="Arial Nova"/>
          <w:sz w:val="22"/>
        </w:rPr>
        <w:t xml:space="preserve">providers, </w:t>
      </w:r>
    </w:p>
    <w:p w14:paraId="3B2F25A3" w14:textId="77777777" w:rsidR="00D85848" w:rsidRPr="006921F9" w:rsidRDefault="001D6B23" w:rsidP="006921F9">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Narrative</w:t>
      </w:r>
    </w:p>
    <w:p w14:paraId="1AC3BA87" w14:textId="77777777" w:rsidR="00D85848" w:rsidRPr="007F2160" w:rsidRDefault="001D6B23">
      <w:pPr>
        <w:pStyle w:val="Heading2"/>
        <w:spacing w:before="180" w:after="80"/>
        <w:rPr>
          <w:rFonts w:ascii="Arial Nova" w:hAnsi="Arial Nova"/>
        </w:rPr>
      </w:pPr>
      <w:bookmarkStart w:id="33" w:name="_Toc242453387"/>
      <w:r w:rsidRPr="007F2160">
        <w:rPr>
          <w:rFonts w:ascii="Arial Nova" w:eastAsia="Arial" w:hAnsi="Arial Nova"/>
        </w:rPr>
        <w:t>Financial Empowerment</w:t>
      </w:r>
      <w:bookmarkEnd w:id="33"/>
    </w:p>
    <w:p w14:paraId="61D79E7D" w14:textId="2BF8AD8E" w:rsidR="00D85848" w:rsidRPr="006921F9" w:rsidRDefault="695F1375" w:rsidP="6F74C6EB">
      <w:pPr>
        <w:keepNext/>
        <w:spacing w:before="140" w:after="40"/>
        <w:rPr>
          <w:rFonts w:ascii="Arial Nova" w:hAnsi="Arial Nova"/>
          <w:sz w:val="22"/>
        </w:rPr>
      </w:pPr>
      <w:r w:rsidRPr="6F74C6EB">
        <w:rPr>
          <w:rFonts w:ascii="Arial Nova" w:hAnsi="Arial Nova"/>
          <w:sz w:val="22"/>
        </w:rPr>
        <w:t xml:space="preserve">Reminder: </w:t>
      </w:r>
      <w:r w:rsidR="05386032" w:rsidRPr="6F74C6EB">
        <w:rPr>
          <w:rFonts w:ascii="Arial Nova" w:hAnsi="Arial Nova"/>
          <w:sz w:val="22"/>
        </w:rPr>
        <w:t>Your</w:t>
      </w:r>
      <w:r w:rsidRPr="6F74C6EB">
        <w:rPr>
          <w:rFonts w:ascii="Arial Nova" w:hAnsi="Arial Nova"/>
          <w:sz w:val="22"/>
        </w:rPr>
        <w:t xml:space="preserve"> </w:t>
      </w:r>
      <w:r w:rsidR="6F048738" w:rsidRPr="6F74C6EB">
        <w:rPr>
          <w:rFonts w:ascii="Arial Nova" w:hAnsi="Arial Nova"/>
          <w:sz w:val="22"/>
        </w:rPr>
        <w:t xml:space="preserve">organization </w:t>
      </w:r>
      <w:r w:rsidRPr="6F74C6EB">
        <w:rPr>
          <w:rFonts w:ascii="Arial Nova" w:hAnsi="Arial Nova"/>
          <w:sz w:val="22"/>
        </w:rPr>
        <w:t xml:space="preserve">must </w:t>
      </w:r>
      <w:r w:rsidR="6F048738" w:rsidRPr="6F74C6EB">
        <w:rPr>
          <w:rFonts w:ascii="Arial Nova" w:hAnsi="Arial Nova"/>
          <w:sz w:val="22"/>
        </w:rPr>
        <w:t xml:space="preserve">currently provide food access services, coordinate food </w:t>
      </w:r>
      <w:r w:rsidR="18FD3E48" w:rsidRPr="6F74C6EB">
        <w:rPr>
          <w:rFonts w:ascii="Arial Nova" w:hAnsi="Arial Nova"/>
          <w:sz w:val="22"/>
        </w:rPr>
        <w:t>distribution,</w:t>
      </w:r>
      <w:r w:rsidR="6F048738" w:rsidRPr="6F74C6EB">
        <w:rPr>
          <w:rFonts w:ascii="Arial Nova" w:hAnsi="Arial Nova"/>
          <w:sz w:val="22"/>
        </w:rPr>
        <w:t xml:space="preserve"> or otherwise support the local food ecosystem</w:t>
      </w:r>
      <w:r w:rsidRPr="6F74C6EB">
        <w:rPr>
          <w:rFonts w:ascii="Arial Nova" w:hAnsi="Arial Nova"/>
          <w:sz w:val="22"/>
        </w:rPr>
        <w:t xml:space="preserve">. </w:t>
      </w:r>
    </w:p>
    <w:p w14:paraId="5C6A41E0" w14:textId="4F66174B" w:rsidR="00D85848" w:rsidRPr="006921F9" w:rsidRDefault="001D6B23">
      <w:pPr>
        <w:keepNext/>
        <w:spacing w:before="140" w:after="40"/>
        <w:rPr>
          <w:rFonts w:ascii="Arial Nova" w:hAnsi="Arial Nova"/>
          <w:sz w:val="22"/>
        </w:rPr>
      </w:pPr>
      <w:r w:rsidRPr="006921F9">
        <w:rPr>
          <w:rFonts w:ascii="Arial Nova" w:hAnsi="Arial Nova"/>
          <w:b/>
          <w:sz w:val="22"/>
        </w:rPr>
        <w:t>Which approach best describes the proposed work?</w:t>
      </w:r>
    </w:p>
    <w:p w14:paraId="736E26C8" w14:textId="77777777" w:rsidR="00D85848" w:rsidRDefault="001D6B23" w:rsidP="006921F9">
      <w:pPr>
        <w:pStyle w:val="ListBullet"/>
        <w:keepLines/>
        <w:numPr>
          <w:ilvl w:val="0"/>
          <w:numId w:val="28"/>
        </w:numPr>
        <w:spacing w:after="20" w:line="252" w:lineRule="auto"/>
        <w:rPr>
          <w:rFonts w:ascii="Arial Nova" w:hAnsi="Arial Nova"/>
          <w:sz w:val="22"/>
        </w:rPr>
      </w:pPr>
      <w:r w:rsidRPr="006921F9">
        <w:rPr>
          <w:rFonts w:ascii="Arial Nova" w:hAnsi="Arial Nova"/>
          <w:sz w:val="22"/>
        </w:rPr>
        <w:t>New or expanded partnership</w:t>
      </w:r>
    </w:p>
    <w:p w14:paraId="63D2C2E3" w14:textId="4ED8E767" w:rsidR="00D85848" w:rsidRPr="003447D3" w:rsidRDefault="00F510FE" w:rsidP="003447D3">
      <w:pPr>
        <w:pStyle w:val="ListBullet"/>
        <w:keepLines/>
        <w:numPr>
          <w:ilvl w:val="0"/>
          <w:numId w:val="28"/>
        </w:numPr>
        <w:spacing w:after="20" w:line="252" w:lineRule="auto"/>
        <w:rPr>
          <w:rFonts w:ascii="Arial Nova" w:hAnsi="Arial Nova"/>
          <w:sz w:val="22"/>
        </w:rPr>
      </w:pPr>
      <w:r>
        <w:rPr>
          <w:rFonts w:ascii="Arial Nova" w:hAnsi="Arial Nova"/>
          <w:sz w:val="22"/>
        </w:rPr>
        <w:t xml:space="preserve">Cost-effective operational </w:t>
      </w:r>
      <w:r w:rsidR="003447D3">
        <w:rPr>
          <w:rFonts w:ascii="Arial Nova" w:hAnsi="Arial Nova"/>
          <w:sz w:val="22"/>
        </w:rPr>
        <w:t>practices or approaches</w:t>
      </w:r>
    </w:p>
    <w:p w14:paraId="278B5E9A" w14:textId="77777777" w:rsidR="00D85848" w:rsidRPr="006921F9" w:rsidRDefault="001D6B23" w:rsidP="006921F9">
      <w:pPr>
        <w:pStyle w:val="ListBullet"/>
        <w:keepLines/>
        <w:numPr>
          <w:ilvl w:val="0"/>
          <w:numId w:val="28"/>
        </w:numPr>
        <w:spacing w:after="20" w:line="252" w:lineRule="auto"/>
        <w:rPr>
          <w:rFonts w:ascii="Arial Nova" w:hAnsi="Arial Nova"/>
          <w:sz w:val="22"/>
        </w:rPr>
      </w:pPr>
      <w:r w:rsidRPr="006921F9">
        <w:rPr>
          <w:rFonts w:ascii="Arial Nova" w:hAnsi="Arial Nova"/>
          <w:sz w:val="22"/>
        </w:rPr>
        <w:t>Both</w:t>
      </w:r>
    </w:p>
    <w:p w14:paraId="28B8EF25" w14:textId="77777777" w:rsidR="00D85848" w:rsidRPr="006921F9" w:rsidRDefault="001D6B23" w:rsidP="006921F9">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Single select</w:t>
      </w:r>
    </w:p>
    <w:p w14:paraId="59BB36EE" w14:textId="6AC96B87" w:rsidR="00D85848" w:rsidRPr="006921F9" w:rsidRDefault="001D6B23" w:rsidP="6F74C6EB">
      <w:pPr>
        <w:keepNext/>
        <w:spacing w:before="140" w:after="40"/>
        <w:rPr>
          <w:rFonts w:ascii="Arial Nova" w:hAnsi="Arial Nova"/>
          <w:sz w:val="22"/>
        </w:rPr>
      </w:pPr>
      <w:r w:rsidRPr="6F74C6EB">
        <w:rPr>
          <w:rFonts w:ascii="Arial Nova" w:hAnsi="Arial Nova"/>
          <w:b/>
          <w:bCs/>
          <w:sz w:val="22"/>
        </w:rPr>
        <w:t>Describe th</w:t>
      </w:r>
      <w:r w:rsidR="003447D3" w:rsidRPr="6F74C6EB">
        <w:rPr>
          <w:rFonts w:ascii="Arial Nova" w:hAnsi="Arial Nova"/>
          <w:b/>
          <w:bCs/>
          <w:sz w:val="22"/>
        </w:rPr>
        <w:t>e unmet food needs or operational challenges the proposal will address</w:t>
      </w:r>
      <w:r w:rsidR="00E11CBE" w:rsidRPr="6F74C6EB">
        <w:rPr>
          <w:rFonts w:ascii="Arial Nova" w:hAnsi="Arial Nova"/>
          <w:b/>
          <w:bCs/>
          <w:sz w:val="22"/>
        </w:rPr>
        <w:t>. H</w:t>
      </w:r>
      <w:r w:rsidRPr="6F74C6EB">
        <w:rPr>
          <w:rFonts w:ascii="Arial Nova" w:hAnsi="Arial Nova"/>
          <w:b/>
          <w:bCs/>
          <w:sz w:val="22"/>
        </w:rPr>
        <w:t xml:space="preserve">ow </w:t>
      </w:r>
      <w:r w:rsidR="00E11CBE" w:rsidRPr="6F74C6EB">
        <w:rPr>
          <w:rFonts w:ascii="Arial Nova" w:hAnsi="Arial Nova"/>
          <w:b/>
          <w:bCs/>
          <w:sz w:val="22"/>
        </w:rPr>
        <w:t>will the</w:t>
      </w:r>
      <w:r w:rsidRPr="6F74C6EB">
        <w:rPr>
          <w:rFonts w:ascii="Arial Nova" w:hAnsi="Arial Nova"/>
          <w:b/>
          <w:bCs/>
          <w:sz w:val="22"/>
        </w:rPr>
        <w:t xml:space="preserve"> proposed </w:t>
      </w:r>
      <w:r w:rsidR="003447D3" w:rsidRPr="6F74C6EB">
        <w:rPr>
          <w:rFonts w:ascii="Arial Nova" w:hAnsi="Arial Nova"/>
          <w:b/>
          <w:bCs/>
          <w:sz w:val="22"/>
        </w:rPr>
        <w:t xml:space="preserve">work increase food access, make existing resources go </w:t>
      </w:r>
      <w:r w:rsidR="3B5C9575" w:rsidRPr="6F74C6EB">
        <w:rPr>
          <w:rFonts w:ascii="Arial Nova" w:hAnsi="Arial Nova"/>
          <w:b/>
          <w:bCs/>
          <w:sz w:val="22"/>
        </w:rPr>
        <w:t>further,</w:t>
      </w:r>
      <w:r w:rsidR="003447D3" w:rsidRPr="6F74C6EB">
        <w:rPr>
          <w:rFonts w:ascii="Arial Nova" w:hAnsi="Arial Nova"/>
          <w:b/>
          <w:bCs/>
          <w:sz w:val="22"/>
        </w:rPr>
        <w:t xml:space="preserve"> or strengthen the local food network</w:t>
      </w:r>
      <w:r w:rsidR="00E11CBE" w:rsidRPr="6F74C6EB">
        <w:rPr>
          <w:rFonts w:ascii="Arial Nova" w:hAnsi="Arial Nova"/>
          <w:b/>
          <w:bCs/>
          <w:sz w:val="22"/>
        </w:rPr>
        <w:t>?</w:t>
      </w:r>
    </w:p>
    <w:p w14:paraId="510D2E7D" w14:textId="77777777" w:rsidR="006921F9" w:rsidRDefault="001D6B23" w:rsidP="006921F9">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Narrative</w:t>
      </w:r>
    </w:p>
    <w:p w14:paraId="0564F573" w14:textId="10431AD4" w:rsidR="00F17827" w:rsidRDefault="00F17827" w:rsidP="006921F9">
      <w:pPr>
        <w:spacing w:after="80"/>
        <w:rPr>
          <w:rFonts w:ascii="Arial Nova" w:hAnsi="Arial Nova"/>
          <w:bCs/>
          <w:sz w:val="22"/>
        </w:rPr>
      </w:pPr>
      <w:r>
        <w:rPr>
          <w:rFonts w:ascii="Arial Nova" w:hAnsi="Arial Nova"/>
          <w:b/>
          <w:sz w:val="22"/>
        </w:rPr>
        <w:t xml:space="preserve">What makes the proposed approach cost-effective or valuable beyond the immediate grant period? </w:t>
      </w:r>
      <w:r>
        <w:rPr>
          <w:rFonts w:ascii="Arial Nova" w:hAnsi="Arial Nova"/>
          <w:bCs/>
          <w:sz w:val="22"/>
        </w:rPr>
        <w:t>For example, describe additional food resources that would become available, increased distribution capacity, reduced costs or waste, or improved process or partnerships. If partnerships are part of the proposal, describe each partner’s role.</w:t>
      </w:r>
    </w:p>
    <w:p w14:paraId="62C7F16E" w14:textId="77777777" w:rsidR="00F17827" w:rsidRPr="006921F9" w:rsidRDefault="00F17827" w:rsidP="00F17827">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Narrative</w:t>
      </w:r>
    </w:p>
    <w:p w14:paraId="4D09A53C" w14:textId="09D0D5C2" w:rsidR="00D85848" w:rsidRPr="006921F9" w:rsidRDefault="001D6B23" w:rsidP="006921F9">
      <w:pPr>
        <w:pStyle w:val="Heading1"/>
        <w:rPr>
          <w:rFonts w:ascii="Arial Nova" w:hAnsi="Arial Nova"/>
          <w:sz w:val="28"/>
        </w:rPr>
      </w:pPr>
      <w:bookmarkStart w:id="34" w:name="_Toc242453388"/>
      <w:r w:rsidRPr="006921F9">
        <w:rPr>
          <w:rFonts w:ascii="Arial Nova" w:hAnsi="Arial Nova"/>
          <w:sz w:val="28"/>
        </w:rPr>
        <w:t>Housing Security</w:t>
      </w:r>
      <w:bookmarkEnd w:id="34"/>
    </w:p>
    <w:p w14:paraId="0614D4B4" w14:textId="320702C0" w:rsidR="00D85848" w:rsidRPr="006921F9" w:rsidRDefault="006921F9">
      <w:pPr>
        <w:keepNext/>
        <w:spacing w:before="140" w:after="40"/>
        <w:rPr>
          <w:rFonts w:ascii="Arial Nova" w:hAnsi="Arial Nova"/>
          <w:bCs/>
          <w:sz w:val="22"/>
        </w:rPr>
      </w:pPr>
      <w:r w:rsidRPr="006921F9">
        <w:rPr>
          <w:rFonts w:ascii="Arial Nova" w:hAnsi="Arial Nova"/>
          <w:bCs/>
          <w:sz w:val="22"/>
        </w:rPr>
        <w:t>Reminder: the</w:t>
      </w:r>
      <w:r w:rsidR="001D6B23" w:rsidRPr="006921F9">
        <w:rPr>
          <w:rFonts w:ascii="Arial Nova" w:hAnsi="Arial Nova"/>
          <w:bCs/>
          <w:sz w:val="22"/>
        </w:rPr>
        <w:t xml:space="preserve"> proposed work</w:t>
      </w:r>
      <w:r w:rsidRPr="006921F9">
        <w:rPr>
          <w:rFonts w:ascii="Arial Nova" w:hAnsi="Arial Nova"/>
          <w:bCs/>
          <w:sz w:val="22"/>
        </w:rPr>
        <w:t xml:space="preserve"> must</w:t>
      </w:r>
      <w:r w:rsidR="001D6B23" w:rsidRPr="006921F9">
        <w:rPr>
          <w:rFonts w:ascii="Arial Nova" w:hAnsi="Arial Nova"/>
          <w:bCs/>
          <w:sz w:val="22"/>
        </w:rPr>
        <w:t xml:space="preserve"> address a housing barrier that could interrupt an individual's or family's progress in another active program, such as workforce development, education or financial coaching</w:t>
      </w:r>
      <w:r w:rsidRPr="006921F9">
        <w:rPr>
          <w:rFonts w:ascii="Arial Nova" w:hAnsi="Arial Nova"/>
          <w:bCs/>
          <w:sz w:val="22"/>
        </w:rPr>
        <w:t xml:space="preserve">. </w:t>
      </w:r>
    </w:p>
    <w:p w14:paraId="2F2C0441" w14:textId="7C480902" w:rsidR="00D85848" w:rsidRPr="006921F9" w:rsidRDefault="001D6B23">
      <w:pPr>
        <w:keepNext/>
        <w:spacing w:before="140" w:after="40"/>
        <w:rPr>
          <w:rFonts w:ascii="Arial Nova" w:hAnsi="Arial Nova"/>
          <w:sz w:val="22"/>
        </w:rPr>
      </w:pPr>
      <w:r w:rsidRPr="006921F9">
        <w:rPr>
          <w:rFonts w:ascii="Arial Nova" w:hAnsi="Arial Nova"/>
          <w:b/>
          <w:sz w:val="22"/>
        </w:rPr>
        <w:t>Does your organization operate that program or have an existing partnership with the organization that does?</w:t>
      </w:r>
    </w:p>
    <w:p w14:paraId="46ABEF6E" w14:textId="77777777" w:rsidR="00D85848" w:rsidRPr="006921F9" w:rsidRDefault="001D6B23" w:rsidP="006921F9">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Yes or No</w:t>
      </w:r>
    </w:p>
    <w:p w14:paraId="4D0D232E" w14:textId="6503F366" w:rsidR="00D85848" w:rsidRPr="006921F9" w:rsidRDefault="001D6B23">
      <w:pPr>
        <w:keepNext/>
        <w:spacing w:before="140" w:after="40"/>
        <w:rPr>
          <w:rFonts w:ascii="Arial Nova" w:hAnsi="Arial Nova"/>
          <w:sz w:val="22"/>
        </w:rPr>
      </w:pPr>
      <w:r w:rsidRPr="006921F9">
        <w:rPr>
          <w:rFonts w:ascii="Arial Nova" w:hAnsi="Arial Nova"/>
          <w:b/>
          <w:sz w:val="22"/>
        </w:rPr>
        <w:t>Identify the connected program and the organization that operates it</w:t>
      </w:r>
      <w:r w:rsidR="00E11CBE">
        <w:rPr>
          <w:rFonts w:ascii="Arial Nova" w:hAnsi="Arial Nova"/>
          <w:b/>
          <w:sz w:val="22"/>
        </w:rPr>
        <w:t xml:space="preserve">. </w:t>
      </w:r>
    </w:p>
    <w:p w14:paraId="0C0B7BD9" w14:textId="77777777" w:rsidR="00D85848" w:rsidRPr="006921F9" w:rsidRDefault="001D6B23" w:rsidP="006921F9">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Short response</w:t>
      </w:r>
    </w:p>
    <w:p w14:paraId="2F9AE908" w14:textId="749D4043" w:rsidR="00D85848" w:rsidRPr="006921F9" w:rsidRDefault="001D6B23">
      <w:pPr>
        <w:keepNext/>
        <w:spacing w:before="140" w:after="40"/>
        <w:rPr>
          <w:rFonts w:ascii="Arial Nova" w:hAnsi="Arial Nova"/>
          <w:sz w:val="22"/>
        </w:rPr>
      </w:pPr>
      <w:r w:rsidRPr="006921F9">
        <w:rPr>
          <w:rFonts w:ascii="Arial Nova" w:hAnsi="Arial Nova"/>
          <w:b/>
          <w:sz w:val="22"/>
        </w:rPr>
        <w:t>Describe the housing barriers participants experience</w:t>
      </w:r>
      <w:r w:rsidR="00F17827">
        <w:rPr>
          <w:rFonts w:ascii="Arial Nova" w:hAnsi="Arial Nova"/>
          <w:b/>
          <w:sz w:val="22"/>
        </w:rPr>
        <w:t xml:space="preserve"> and how those barriers threaten their engagement or progress in the connected program.</w:t>
      </w:r>
    </w:p>
    <w:p w14:paraId="64EAB065" w14:textId="77777777" w:rsidR="00D85848" w:rsidRPr="006921F9" w:rsidRDefault="001D6B23" w:rsidP="006921F9">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Narrative</w:t>
      </w:r>
    </w:p>
    <w:p w14:paraId="1A7E0064" w14:textId="383623D6" w:rsidR="00D85848" w:rsidRPr="006921F9" w:rsidRDefault="001D6B23" w:rsidP="6F74C6EB">
      <w:pPr>
        <w:keepNext/>
        <w:spacing w:before="140" w:after="40"/>
        <w:rPr>
          <w:rFonts w:ascii="Arial Nova" w:hAnsi="Arial Nova"/>
          <w:sz w:val="22"/>
        </w:rPr>
      </w:pPr>
      <w:r w:rsidRPr="6F74C6EB">
        <w:rPr>
          <w:rFonts w:ascii="Arial Nova" w:hAnsi="Arial Nova"/>
          <w:b/>
          <w:bCs/>
          <w:sz w:val="22"/>
        </w:rPr>
        <w:t xml:space="preserve">Describe the housing assistance that will be provided, how participants will be </w:t>
      </w:r>
      <w:r w:rsidR="38F28858" w:rsidRPr="6F74C6EB">
        <w:rPr>
          <w:rFonts w:ascii="Arial Nova" w:hAnsi="Arial Nova"/>
          <w:b/>
          <w:bCs/>
          <w:sz w:val="22"/>
        </w:rPr>
        <w:t>identified,</w:t>
      </w:r>
      <w:r w:rsidRPr="6F74C6EB">
        <w:rPr>
          <w:rFonts w:ascii="Arial Nova" w:hAnsi="Arial Nova"/>
          <w:b/>
          <w:bCs/>
          <w:sz w:val="22"/>
        </w:rPr>
        <w:t xml:space="preserve"> and how assistance will be coordinated with the connected program</w:t>
      </w:r>
      <w:r w:rsidR="00E11CBE" w:rsidRPr="6F74C6EB">
        <w:rPr>
          <w:rFonts w:ascii="Arial Nova" w:hAnsi="Arial Nova"/>
          <w:b/>
          <w:bCs/>
          <w:sz w:val="22"/>
        </w:rPr>
        <w:t xml:space="preserve">. </w:t>
      </w:r>
    </w:p>
    <w:p w14:paraId="380F6392" w14:textId="57A6404D" w:rsidR="00F17827" w:rsidRPr="0081089D" w:rsidRDefault="001D6B23" w:rsidP="0081089D">
      <w:pPr>
        <w:spacing w:after="80"/>
        <w:rPr>
          <w:rFonts w:ascii="Arial Nova" w:hAnsi="Arial Nova"/>
          <w:sz w:val="22"/>
        </w:rPr>
      </w:pPr>
      <w:r w:rsidRPr="006921F9">
        <w:rPr>
          <w:rFonts w:ascii="Arial Nova" w:hAnsi="Arial Nova"/>
          <w:b/>
          <w:color w:val="606A76"/>
          <w:sz w:val="22"/>
        </w:rPr>
        <w:t xml:space="preserve">Response: </w:t>
      </w:r>
      <w:r w:rsidRPr="006921F9">
        <w:rPr>
          <w:rFonts w:ascii="Arial Nova" w:hAnsi="Arial Nova"/>
          <w:i/>
          <w:color w:val="606A76"/>
          <w:sz w:val="22"/>
        </w:rPr>
        <w:t>Narrative</w:t>
      </w:r>
    </w:p>
    <w:p w14:paraId="62AF48AE" w14:textId="2E88E797" w:rsidR="00D85848" w:rsidRPr="006921F9" w:rsidRDefault="001D6B23">
      <w:pPr>
        <w:keepNext/>
        <w:spacing w:before="140" w:after="40"/>
        <w:rPr>
          <w:rFonts w:ascii="Arial Nova" w:hAnsi="Arial Nova"/>
          <w:sz w:val="22"/>
        </w:rPr>
      </w:pPr>
      <w:r w:rsidRPr="006921F9">
        <w:rPr>
          <w:rFonts w:ascii="Arial Nova" w:hAnsi="Arial Nova"/>
          <w:b/>
          <w:sz w:val="22"/>
        </w:rPr>
        <w:t>If a partner organization is involved, describe its role and the existing working relationship</w:t>
      </w:r>
      <w:r w:rsidR="00E11CBE">
        <w:rPr>
          <w:rFonts w:ascii="Arial Nova" w:hAnsi="Arial Nova"/>
          <w:b/>
          <w:sz w:val="22"/>
        </w:rPr>
        <w:t xml:space="preserve">. </w:t>
      </w:r>
    </w:p>
    <w:p w14:paraId="79842023" w14:textId="77777777" w:rsidR="00F17827" w:rsidRPr="00F17827" w:rsidRDefault="001D6B23" w:rsidP="00F17827">
      <w:pPr>
        <w:spacing w:after="80"/>
        <w:ind w:left="461"/>
        <w:rPr>
          <w:rFonts w:ascii="Arial Nova" w:hAnsi="Arial Nova"/>
          <w:i/>
          <w:color w:val="606A76"/>
          <w:sz w:val="22"/>
        </w:rPr>
      </w:pPr>
      <w:r w:rsidRPr="006921F9">
        <w:rPr>
          <w:rFonts w:ascii="Arial Nova" w:hAnsi="Arial Nova"/>
          <w:b/>
          <w:color w:val="606A76"/>
          <w:sz w:val="22"/>
        </w:rPr>
        <w:t xml:space="preserve">Response: </w:t>
      </w:r>
      <w:r w:rsidRPr="006921F9">
        <w:rPr>
          <w:rFonts w:ascii="Arial Nova" w:hAnsi="Arial Nova"/>
          <w:i/>
          <w:color w:val="606A76"/>
          <w:sz w:val="22"/>
        </w:rPr>
        <w:t>Conditional narrative</w:t>
      </w:r>
    </w:p>
    <w:p w14:paraId="5CD1D241" w14:textId="321C98AB" w:rsidR="00D85848" w:rsidRPr="000211D6" w:rsidRDefault="001D6B23">
      <w:pPr>
        <w:pStyle w:val="Heading1"/>
        <w:spacing w:before="240" w:after="120"/>
        <w:rPr>
          <w:rFonts w:ascii="Arial Nova" w:hAnsi="Arial Nova"/>
          <w:sz w:val="28"/>
          <w:u w:val="single"/>
        </w:rPr>
      </w:pPr>
      <w:bookmarkStart w:id="35" w:name="_Toc242453389"/>
      <w:r w:rsidRPr="000211D6">
        <w:rPr>
          <w:rFonts w:ascii="Arial Nova" w:eastAsia="Arial" w:hAnsi="Arial Nova"/>
          <w:sz w:val="28"/>
          <w:u w:val="single"/>
        </w:rPr>
        <w:t>Results Measurement and Learning</w:t>
      </w:r>
      <w:bookmarkEnd w:id="35"/>
    </w:p>
    <w:p w14:paraId="787BE50C" w14:textId="4D3FB2C5" w:rsidR="00D85848" w:rsidRPr="00F12344" w:rsidRDefault="001D6B23">
      <w:pPr>
        <w:keepNext/>
        <w:spacing w:before="140" w:after="40"/>
        <w:rPr>
          <w:rFonts w:ascii="Arial Nova" w:hAnsi="Arial Nova"/>
          <w:b/>
          <w:sz w:val="22"/>
        </w:rPr>
      </w:pPr>
      <w:r w:rsidRPr="00E11CBE">
        <w:rPr>
          <w:rFonts w:ascii="Arial Nova" w:hAnsi="Arial Nova"/>
          <w:b/>
          <w:sz w:val="22"/>
        </w:rPr>
        <w:t xml:space="preserve">What is the principal output the proposed work will produce? </w:t>
      </w:r>
      <w:r w:rsidR="00F12344">
        <w:rPr>
          <w:rFonts w:ascii="Arial Nova" w:hAnsi="Arial Nova"/>
          <w:b/>
          <w:sz w:val="22"/>
        </w:rPr>
        <w:t>I</w:t>
      </w:r>
      <w:r w:rsidR="00F12344" w:rsidRPr="00F12344">
        <w:rPr>
          <w:rFonts w:ascii="Arial Nova" w:hAnsi="Arial Nova"/>
          <w:b/>
          <w:sz w:val="22"/>
        </w:rPr>
        <w:t>dentify the primary activity, service or improvement and the expected quantity or reach.</w:t>
      </w:r>
    </w:p>
    <w:p w14:paraId="440EEA9B" w14:textId="77777777" w:rsidR="00D85848" w:rsidRPr="00E11CBE" w:rsidRDefault="001D6B23" w:rsidP="00E11CBE">
      <w:pPr>
        <w:spacing w:after="80"/>
        <w:rPr>
          <w:rFonts w:ascii="Arial Nova" w:hAnsi="Arial Nova"/>
          <w:sz w:val="22"/>
        </w:rPr>
      </w:pPr>
      <w:r w:rsidRPr="00E11CBE">
        <w:rPr>
          <w:rFonts w:ascii="Arial Nova" w:hAnsi="Arial Nova"/>
          <w:b/>
          <w:color w:val="606A76"/>
          <w:sz w:val="22"/>
        </w:rPr>
        <w:t xml:space="preserve">Response: </w:t>
      </w:r>
      <w:r w:rsidRPr="00E11CBE">
        <w:rPr>
          <w:rFonts w:ascii="Arial Nova" w:hAnsi="Arial Nova"/>
          <w:i/>
          <w:color w:val="606A76"/>
          <w:sz w:val="22"/>
        </w:rPr>
        <w:t>Narrative and numeric estimate</w:t>
      </w:r>
    </w:p>
    <w:p w14:paraId="0991E458" w14:textId="77777777" w:rsidR="00672FB6" w:rsidRPr="00672FB6" w:rsidRDefault="00672FB6" w:rsidP="00672FB6">
      <w:pPr>
        <w:spacing w:after="80"/>
        <w:rPr>
          <w:rFonts w:ascii="Arial Nova" w:hAnsi="Arial Nova"/>
          <w:b/>
          <w:sz w:val="22"/>
        </w:rPr>
      </w:pPr>
      <w:r w:rsidRPr="00672FB6">
        <w:rPr>
          <w:rFonts w:ascii="Arial Nova" w:hAnsi="Arial Nova"/>
          <w:b/>
          <w:bCs/>
          <w:sz w:val="22"/>
        </w:rPr>
        <w:t>What is the current level of activity or performance related to this output?</w:t>
      </w:r>
      <w:r w:rsidRPr="00672FB6">
        <w:rPr>
          <w:rFonts w:ascii="Arial Nova" w:hAnsi="Arial Nova"/>
          <w:b/>
          <w:sz w:val="22"/>
        </w:rPr>
        <w:t> Provide a baseline or reasonable estimate, when available, so United Way can understand what the proposed investment will add or improve.</w:t>
      </w:r>
    </w:p>
    <w:p w14:paraId="64F65E16" w14:textId="38278458" w:rsidR="00672FB6" w:rsidRPr="00E11CBE" w:rsidRDefault="00672FB6" w:rsidP="00672FB6">
      <w:pPr>
        <w:spacing w:after="80"/>
        <w:rPr>
          <w:rFonts w:ascii="Arial Nova" w:hAnsi="Arial Nova"/>
          <w:sz w:val="22"/>
        </w:rPr>
      </w:pPr>
      <w:r w:rsidRPr="00E11CBE">
        <w:rPr>
          <w:rFonts w:ascii="Arial Nova" w:hAnsi="Arial Nova"/>
          <w:b/>
          <w:color w:val="606A76"/>
          <w:sz w:val="22"/>
        </w:rPr>
        <w:t xml:space="preserve">Response: </w:t>
      </w:r>
      <w:r>
        <w:rPr>
          <w:rFonts w:ascii="Arial Nova" w:hAnsi="Arial Nova"/>
          <w:i/>
          <w:color w:val="606A76"/>
          <w:sz w:val="22"/>
        </w:rPr>
        <w:t>N</w:t>
      </w:r>
      <w:r w:rsidRPr="00E11CBE">
        <w:rPr>
          <w:rFonts w:ascii="Arial Nova" w:hAnsi="Arial Nova"/>
          <w:i/>
          <w:color w:val="606A76"/>
          <w:sz w:val="22"/>
        </w:rPr>
        <w:t>umeric estimate</w:t>
      </w:r>
      <w:r>
        <w:rPr>
          <w:rFonts w:ascii="Arial Nova" w:hAnsi="Arial Nova"/>
          <w:i/>
          <w:color w:val="606A76"/>
          <w:sz w:val="22"/>
        </w:rPr>
        <w:t xml:space="preserve"> and explanation; applicants may indicate when a baseline is unavailable</w:t>
      </w:r>
    </w:p>
    <w:p w14:paraId="23427087" w14:textId="7860FAC6" w:rsidR="00074BB0" w:rsidRDefault="00074BB0" w:rsidP="00E11CBE">
      <w:pPr>
        <w:spacing w:after="80"/>
        <w:rPr>
          <w:rFonts w:ascii="Arial Nova" w:hAnsi="Arial Nova"/>
          <w:b/>
          <w:sz w:val="22"/>
        </w:rPr>
      </w:pPr>
      <w:r w:rsidRPr="00074BB0">
        <w:rPr>
          <w:rFonts w:ascii="Arial Nova" w:hAnsi="Arial Nova"/>
          <w:b/>
          <w:sz w:val="22"/>
        </w:rPr>
        <w:t>Identify one or two outcomes expected during the grant period</w:t>
      </w:r>
      <w:r w:rsidR="005A175D">
        <w:rPr>
          <w:rFonts w:ascii="Arial Nova" w:hAnsi="Arial Nova"/>
          <w:b/>
          <w:sz w:val="22"/>
        </w:rPr>
        <w:t xml:space="preserve">. </w:t>
      </w:r>
      <w:r w:rsidR="005A175D" w:rsidRPr="005A175D">
        <w:rPr>
          <w:rFonts w:ascii="Arial Nova" w:hAnsi="Arial Nova"/>
          <w:bCs/>
          <w:sz w:val="22"/>
        </w:rPr>
        <w:t>Describe what will change for participants, educators, providers or organizations and how you will determine whether those changes occurred.</w:t>
      </w:r>
    </w:p>
    <w:p w14:paraId="59AC0C57" w14:textId="4ECF9794" w:rsidR="00D85848" w:rsidRDefault="001D6B23" w:rsidP="00E11CBE">
      <w:pPr>
        <w:spacing w:after="80"/>
        <w:rPr>
          <w:rFonts w:ascii="Arial Nova" w:hAnsi="Arial Nova"/>
          <w:i/>
          <w:color w:val="606A76"/>
          <w:sz w:val="22"/>
        </w:rPr>
      </w:pPr>
      <w:r w:rsidRPr="00E11CBE">
        <w:rPr>
          <w:rFonts w:ascii="Arial Nova" w:hAnsi="Arial Nova"/>
          <w:b/>
          <w:color w:val="606A76"/>
          <w:sz w:val="22"/>
        </w:rPr>
        <w:t xml:space="preserve">Response: </w:t>
      </w:r>
      <w:r w:rsidRPr="00E11CBE">
        <w:rPr>
          <w:rFonts w:ascii="Arial Nova" w:hAnsi="Arial Nova"/>
          <w:i/>
          <w:color w:val="606A76"/>
          <w:sz w:val="22"/>
        </w:rPr>
        <w:t>Narrative</w:t>
      </w:r>
      <w:r w:rsidR="005B3D1A">
        <w:rPr>
          <w:rFonts w:ascii="Arial Nova" w:hAnsi="Arial Nova"/>
          <w:i/>
          <w:color w:val="606A76"/>
          <w:sz w:val="22"/>
        </w:rPr>
        <w:t xml:space="preserve"> with expected numerical results</w:t>
      </w:r>
    </w:p>
    <w:p w14:paraId="77CD358E" w14:textId="56E5C38C" w:rsidR="005B3D1A" w:rsidRPr="005B3D1A" w:rsidRDefault="005B3D1A" w:rsidP="00E11CBE">
      <w:pPr>
        <w:spacing w:after="80"/>
        <w:rPr>
          <w:rFonts w:ascii="Arial Nova" w:hAnsi="Arial Nova"/>
          <w:b/>
          <w:bCs/>
          <w:iCs/>
          <w:color w:val="000000" w:themeColor="text1"/>
          <w:sz w:val="22"/>
        </w:rPr>
      </w:pPr>
      <w:r w:rsidRPr="005B3D1A">
        <w:rPr>
          <w:rFonts w:ascii="Arial Nova" w:hAnsi="Arial Nova"/>
          <w:b/>
          <w:bCs/>
          <w:iCs/>
          <w:color w:val="000000" w:themeColor="text1"/>
          <w:sz w:val="22"/>
        </w:rPr>
        <w:t xml:space="preserve">Briefly explain how you developed your estimates. </w:t>
      </w:r>
      <w:r w:rsidRPr="005B3D1A">
        <w:rPr>
          <w:rFonts w:ascii="Arial Nova" w:hAnsi="Arial Nova"/>
          <w:iCs/>
          <w:color w:val="000000" w:themeColor="text1"/>
          <w:sz w:val="22"/>
        </w:rPr>
        <w:t>Include relevant assumptions, prior experience, current demand or other information supporting your expected results.</w:t>
      </w:r>
      <w:r w:rsidRPr="005B3D1A">
        <w:rPr>
          <w:rFonts w:ascii="Arial Nova" w:hAnsi="Arial Nova"/>
          <w:b/>
          <w:bCs/>
          <w:iCs/>
          <w:color w:val="000000" w:themeColor="text1"/>
          <w:sz w:val="22"/>
        </w:rPr>
        <w:t xml:space="preserve"> </w:t>
      </w:r>
    </w:p>
    <w:p w14:paraId="56072F86" w14:textId="5865EBCA" w:rsidR="005B3D1A" w:rsidRPr="005B3D1A" w:rsidRDefault="005B3D1A" w:rsidP="00E11CBE">
      <w:pPr>
        <w:spacing w:after="80"/>
        <w:rPr>
          <w:rFonts w:ascii="Arial Nova" w:hAnsi="Arial Nova"/>
          <w:b/>
          <w:bCs/>
          <w:iCs/>
          <w:sz w:val="22"/>
        </w:rPr>
      </w:pPr>
      <w:r>
        <w:rPr>
          <w:rFonts w:ascii="Arial Nova" w:hAnsi="Arial Nova"/>
          <w:b/>
          <w:bCs/>
          <w:iCs/>
          <w:color w:val="606A76"/>
          <w:sz w:val="22"/>
        </w:rPr>
        <w:t xml:space="preserve">Response: </w:t>
      </w:r>
      <w:r w:rsidRPr="005B3D1A">
        <w:rPr>
          <w:rFonts w:ascii="Arial Nova" w:hAnsi="Arial Nova"/>
          <w:iCs/>
          <w:color w:val="606A76"/>
          <w:sz w:val="22"/>
        </w:rPr>
        <w:t>Short narrative</w:t>
      </w:r>
    </w:p>
    <w:p w14:paraId="0982941B" w14:textId="77777777" w:rsidR="00D85848" w:rsidRPr="00E11CBE" w:rsidRDefault="001D6B23">
      <w:pPr>
        <w:pStyle w:val="Heading1"/>
        <w:spacing w:before="240" w:after="120"/>
        <w:rPr>
          <w:rFonts w:ascii="Arial Nova" w:hAnsi="Arial Nova"/>
          <w:sz w:val="28"/>
          <w:szCs w:val="20"/>
          <w:u w:val="single"/>
        </w:rPr>
      </w:pPr>
      <w:bookmarkStart w:id="36" w:name="_Toc242453390"/>
      <w:r w:rsidRPr="00E11CBE">
        <w:rPr>
          <w:rFonts w:ascii="Arial Nova" w:eastAsia="Arial" w:hAnsi="Arial Nova"/>
          <w:sz w:val="28"/>
          <w:szCs w:val="20"/>
          <w:u w:val="single"/>
        </w:rPr>
        <w:t>Priority-Related Measures</w:t>
      </w:r>
      <w:bookmarkEnd w:id="36"/>
    </w:p>
    <w:p w14:paraId="7178896D" w14:textId="77777777" w:rsidR="00D85848" w:rsidRPr="00E11CBE" w:rsidRDefault="001D6B23">
      <w:pPr>
        <w:keepLines/>
        <w:rPr>
          <w:rFonts w:ascii="Arial Nova" w:hAnsi="Arial Nova"/>
          <w:sz w:val="22"/>
          <w:szCs w:val="24"/>
        </w:rPr>
      </w:pPr>
      <w:r w:rsidRPr="00E11CBE">
        <w:rPr>
          <w:rFonts w:ascii="Arial Nova" w:hAnsi="Arial Nova"/>
          <w:sz w:val="22"/>
          <w:szCs w:val="24"/>
        </w:rPr>
        <w:t>Select the measures that are relevant to the proposed work and provide an expected value when available. Applicants may also propose another measure.</w:t>
      </w:r>
    </w:p>
    <w:p w14:paraId="383D0E96" w14:textId="77777777" w:rsidR="00D85848" w:rsidRPr="007F2160" w:rsidRDefault="001D6B23">
      <w:pPr>
        <w:pStyle w:val="Heading2"/>
        <w:spacing w:before="180" w:after="80"/>
        <w:rPr>
          <w:rFonts w:ascii="Arial Nova" w:hAnsi="Arial Nova"/>
        </w:rPr>
      </w:pPr>
      <w:bookmarkStart w:id="37" w:name="_Toc242453391"/>
      <w:r w:rsidRPr="007F2160">
        <w:rPr>
          <w:rFonts w:ascii="Arial Nova" w:eastAsia="Arial" w:hAnsi="Arial Nova"/>
        </w:rPr>
        <w:t>Educational Success Measures</w:t>
      </w:r>
      <w:bookmarkEnd w:id="37"/>
    </w:p>
    <w:p w14:paraId="1965713A" w14:textId="77777777" w:rsidR="00D85848" w:rsidRPr="00E11CBE" w:rsidRDefault="001D6B23" w:rsidP="00E11CBE">
      <w:pPr>
        <w:pStyle w:val="ListBullet"/>
        <w:keepLines/>
        <w:numPr>
          <w:ilvl w:val="0"/>
          <w:numId w:val="30"/>
        </w:numPr>
        <w:spacing w:after="60" w:line="252" w:lineRule="auto"/>
        <w:rPr>
          <w:rFonts w:ascii="Arial Nova" w:hAnsi="Arial Nova"/>
          <w:sz w:val="22"/>
          <w:szCs w:val="24"/>
        </w:rPr>
      </w:pPr>
      <w:r w:rsidRPr="00E11CBE">
        <w:rPr>
          <w:rFonts w:ascii="Arial Nova" w:hAnsi="Arial Nova"/>
          <w:sz w:val="22"/>
          <w:szCs w:val="24"/>
        </w:rPr>
        <w:t>Number of educators or providers trained, coached or supported</w:t>
      </w:r>
    </w:p>
    <w:p w14:paraId="63B584A7" w14:textId="77777777" w:rsidR="00D85848" w:rsidRPr="00E11CBE" w:rsidRDefault="001D6B23" w:rsidP="00E11CBE">
      <w:pPr>
        <w:pStyle w:val="ListBullet"/>
        <w:keepLines/>
        <w:numPr>
          <w:ilvl w:val="0"/>
          <w:numId w:val="30"/>
        </w:numPr>
        <w:spacing w:after="60" w:line="252" w:lineRule="auto"/>
        <w:rPr>
          <w:rFonts w:ascii="Arial Nova" w:hAnsi="Arial Nova"/>
          <w:sz w:val="22"/>
          <w:szCs w:val="24"/>
        </w:rPr>
      </w:pPr>
      <w:r w:rsidRPr="00E11CBE">
        <w:rPr>
          <w:rFonts w:ascii="Arial Nova" w:hAnsi="Arial Nova"/>
          <w:sz w:val="22"/>
          <w:szCs w:val="24"/>
        </w:rPr>
        <w:t>Change in educator knowledge, confidence or practice</w:t>
      </w:r>
    </w:p>
    <w:p w14:paraId="45AED88E" w14:textId="512DA8C3" w:rsidR="00D85848" w:rsidRPr="00E11CBE" w:rsidRDefault="001D6B23" w:rsidP="00E11CBE">
      <w:pPr>
        <w:pStyle w:val="ListBullet"/>
        <w:keepLines/>
        <w:numPr>
          <w:ilvl w:val="0"/>
          <w:numId w:val="30"/>
        </w:numPr>
        <w:spacing w:after="60" w:line="252" w:lineRule="auto"/>
        <w:rPr>
          <w:rFonts w:ascii="Arial Nova" w:hAnsi="Arial Nova"/>
          <w:sz w:val="22"/>
          <w:szCs w:val="24"/>
        </w:rPr>
      </w:pPr>
      <w:r w:rsidRPr="00E11CBE">
        <w:rPr>
          <w:rFonts w:ascii="Arial Nova" w:hAnsi="Arial Nova"/>
          <w:sz w:val="22"/>
          <w:szCs w:val="24"/>
        </w:rPr>
        <w:t>Number of children or families receiving support</w:t>
      </w:r>
    </w:p>
    <w:p w14:paraId="5FB689EA" w14:textId="77777777" w:rsidR="00D85848" w:rsidRDefault="001D6B23" w:rsidP="00E11CBE">
      <w:pPr>
        <w:pStyle w:val="ListBullet"/>
        <w:keepLines/>
        <w:numPr>
          <w:ilvl w:val="0"/>
          <w:numId w:val="30"/>
        </w:numPr>
        <w:spacing w:after="60" w:line="252" w:lineRule="auto"/>
        <w:rPr>
          <w:rFonts w:ascii="Arial Nova" w:hAnsi="Arial Nova"/>
          <w:sz w:val="22"/>
          <w:szCs w:val="24"/>
        </w:rPr>
      </w:pPr>
      <w:r w:rsidRPr="00E11CBE">
        <w:rPr>
          <w:rFonts w:ascii="Arial Nova" w:hAnsi="Arial Nova"/>
          <w:sz w:val="22"/>
          <w:szCs w:val="24"/>
        </w:rPr>
        <w:t>Change in provider response, referral or support practices</w:t>
      </w:r>
    </w:p>
    <w:p w14:paraId="7B147655" w14:textId="686AA728" w:rsidR="008F7874" w:rsidRPr="00E11CBE" w:rsidRDefault="008F7874" w:rsidP="00E11CBE">
      <w:pPr>
        <w:pStyle w:val="ListBullet"/>
        <w:keepLines/>
        <w:numPr>
          <w:ilvl w:val="0"/>
          <w:numId w:val="30"/>
        </w:numPr>
        <w:spacing w:after="60" w:line="252" w:lineRule="auto"/>
        <w:rPr>
          <w:rFonts w:ascii="Arial Nova" w:hAnsi="Arial Nova"/>
          <w:sz w:val="22"/>
          <w:szCs w:val="24"/>
        </w:rPr>
      </w:pPr>
      <w:r>
        <w:rPr>
          <w:rFonts w:ascii="Arial Nova" w:hAnsi="Arial Nova"/>
          <w:sz w:val="22"/>
          <w:szCs w:val="24"/>
        </w:rPr>
        <w:t>Change in classroom stability, such as reduction of behavioral disruptions or exclusions</w:t>
      </w:r>
    </w:p>
    <w:p w14:paraId="78D5B709" w14:textId="77777777" w:rsidR="00D85848" w:rsidRPr="00E11CBE" w:rsidRDefault="001D6B23" w:rsidP="00E11CBE">
      <w:pPr>
        <w:pStyle w:val="ListBullet"/>
        <w:keepLines/>
        <w:numPr>
          <w:ilvl w:val="0"/>
          <w:numId w:val="30"/>
        </w:numPr>
        <w:spacing w:after="60" w:line="252" w:lineRule="auto"/>
        <w:rPr>
          <w:rFonts w:ascii="Arial Nova" w:hAnsi="Arial Nova"/>
          <w:sz w:val="22"/>
          <w:szCs w:val="24"/>
        </w:rPr>
      </w:pPr>
      <w:r w:rsidRPr="00E11CBE">
        <w:rPr>
          <w:rFonts w:ascii="Arial Nova" w:hAnsi="Arial Nova"/>
          <w:sz w:val="22"/>
          <w:szCs w:val="24"/>
        </w:rPr>
        <w:t>Another applicant-defined measure</w:t>
      </w:r>
    </w:p>
    <w:p w14:paraId="39DBDD17" w14:textId="77777777" w:rsidR="00D85848" w:rsidRPr="007F2160" w:rsidRDefault="001D6B23">
      <w:pPr>
        <w:pStyle w:val="Heading2"/>
        <w:spacing w:before="180" w:after="80"/>
        <w:rPr>
          <w:rFonts w:ascii="Arial Nova" w:hAnsi="Arial Nova"/>
        </w:rPr>
      </w:pPr>
      <w:bookmarkStart w:id="38" w:name="_Toc242453392"/>
      <w:r w:rsidRPr="007F2160">
        <w:rPr>
          <w:rFonts w:ascii="Arial Nova" w:eastAsia="Arial" w:hAnsi="Arial Nova"/>
        </w:rPr>
        <w:t>Financial Empowerment Measures</w:t>
      </w:r>
      <w:bookmarkEnd w:id="38"/>
    </w:p>
    <w:p w14:paraId="42BD88E8" w14:textId="77777777" w:rsidR="00D85848" w:rsidRPr="00E11CBE" w:rsidRDefault="001D6B23" w:rsidP="00E11CBE">
      <w:pPr>
        <w:pStyle w:val="ListBullet"/>
        <w:keepLines/>
        <w:numPr>
          <w:ilvl w:val="0"/>
          <w:numId w:val="31"/>
        </w:numPr>
        <w:spacing w:after="60" w:line="252" w:lineRule="auto"/>
        <w:rPr>
          <w:rFonts w:ascii="Arial Nova" w:hAnsi="Arial Nova"/>
          <w:sz w:val="22"/>
          <w:szCs w:val="24"/>
        </w:rPr>
      </w:pPr>
      <w:r w:rsidRPr="00E11CBE">
        <w:rPr>
          <w:rFonts w:ascii="Arial Nova" w:hAnsi="Arial Nova"/>
          <w:sz w:val="22"/>
          <w:szCs w:val="24"/>
        </w:rPr>
        <w:t>Number of households reached</w:t>
      </w:r>
    </w:p>
    <w:p w14:paraId="7C3A060B" w14:textId="3B813E47" w:rsidR="00D85848" w:rsidRPr="00E11CBE" w:rsidRDefault="001D6B23" w:rsidP="00E11CBE">
      <w:pPr>
        <w:pStyle w:val="ListBullet"/>
        <w:keepLines/>
        <w:numPr>
          <w:ilvl w:val="0"/>
          <w:numId w:val="31"/>
        </w:numPr>
        <w:spacing w:after="60" w:line="252" w:lineRule="auto"/>
        <w:rPr>
          <w:rFonts w:ascii="Arial Nova" w:hAnsi="Arial Nova"/>
          <w:sz w:val="22"/>
          <w:szCs w:val="24"/>
        </w:rPr>
      </w:pPr>
      <w:r w:rsidRPr="00E11CBE">
        <w:rPr>
          <w:rFonts w:ascii="Arial Nova" w:hAnsi="Arial Nova"/>
          <w:sz w:val="22"/>
          <w:szCs w:val="24"/>
        </w:rPr>
        <w:t>A</w:t>
      </w:r>
      <w:r w:rsidR="00B24981">
        <w:rPr>
          <w:rFonts w:ascii="Arial Nova" w:hAnsi="Arial Nova"/>
          <w:sz w:val="22"/>
          <w:szCs w:val="24"/>
        </w:rPr>
        <w:t>dditional a</w:t>
      </w:r>
      <w:r w:rsidRPr="00E11CBE">
        <w:rPr>
          <w:rFonts w:ascii="Arial Nova" w:hAnsi="Arial Nova"/>
          <w:sz w:val="22"/>
          <w:szCs w:val="24"/>
        </w:rPr>
        <w:t>mount of food acquired, rescued, stored or distributed</w:t>
      </w:r>
    </w:p>
    <w:p w14:paraId="52C3F8E3" w14:textId="4D0FB6B9" w:rsidR="008F7874" w:rsidRDefault="008F7874" w:rsidP="00E11CBE">
      <w:pPr>
        <w:pStyle w:val="ListBullet"/>
        <w:keepLines/>
        <w:numPr>
          <w:ilvl w:val="0"/>
          <w:numId w:val="31"/>
        </w:numPr>
        <w:spacing w:after="60" w:line="252" w:lineRule="auto"/>
        <w:rPr>
          <w:rFonts w:ascii="Arial Nova" w:hAnsi="Arial Nova"/>
          <w:sz w:val="22"/>
          <w:szCs w:val="24"/>
        </w:rPr>
      </w:pPr>
      <w:r>
        <w:rPr>
          <w:rFonts w:ascii="Arial Nova" w:hAnsi="Arial Nova"/>
          <w:sz w:val="22"/>
          <w:szCs w:val="24"/>
        </w:rPr>
        <w:t>Increase in food</w:t>
      </w:r>
      <w:r w:rsidR="00B24981">
        <w:rPr>
          <w:rFonts w:ascii="Arial Nova" w:hAnsi="Arial Nova"/>
          <w:sz w:val="22"/>
          <w:szCs w:val="24"/>
        </w:rPr>
        <w:t xml:space="preserve"> storage, transportation or distribution capacity</w:t>
      </w:r>
    </w:p>
    <w:p w14:paraId="5906C510" w14:textId="06B83371" w:rsidR="00D85848" w:rsidRPr="00E11CBE" w:rsidRDefault="00B24981" w:rsidP="00E11CBE">
      <w:pPr>
        <w:pStyle w:val="ListBullet"/>
        <w:keepLines/>
        <w:numPr>
          <w:ilvl w:val="0"/>
          <w:numId w:val="31"/>
        </w:numPr>
        <w:spacing w:after="60" w:line="252" w:lineRule="auto"/>
        <w:rPr>
          <w:rFonts w:ascii="Arial Nova" w:hAnsi="Arial Nova"/>
          <w:sz w:val="22"/>
          <w:szCs w:val="24"/>
        </w:rPr>
      </w:pPr>
      <w:r>
        <w:rPr>
          <w:rFonts w:ascii="Arial Nova" w:hAnsi="Arial Nova"/>
          <w:sz w:val="22"/>
          <w:szCs w:val="24"/>
        </w:rPr>
        <w:t>Change in cost, time, reliability or food waste</w:t>
      </w:r>
    </w:p>
    <w:p w14:paraId="73C2D465" w14:textId="65B0EC89" w:rsidR="00D85848" w:rsidRPr="00E11CBE" w:rsidRDefault="001D6B23" w:rsidP="00E11CBE">
      <w:pPr>
        <w:pStyle w:val="ListBullet"/>
        <w:keepLines/>
        <w:numPr>
          <w:ilvl w:val="0"/>
          <w:numId w:val="31"/>
        </w:numPr>
        <w:spacing w:after="60" w:line="252" w:lineRule="auto"/>
        <w:rPr>
          <w:rFonts w:ascii="Arial Nova" w:hAnsi="Arial Nova"/>
          <w:sz w:val="22"/>
          <w:szCs w:val="24"/>
        </w:rPr>
      </w:pPr>
      <w:r w:rsidRPr="00E11CBE">
        <w:rPr>
          <w:rFonts w:ascii="Arial Nova" w:hAnsi="Arial Nova"/>
          <w:sz w:val="22"/>
          <w:szCs w:val="24"/>
        </w:rPr>
        <w:t xml:space="preserve">Number of organizations </w:t>
      </w:r>
      <w:r w:rsidR="000F3113">
        <w:rPr>
          <w:rFonts w:ascii="Arial Nova" w:hAnsi="Arial Nova"/>
          <w:sz w:val="22"/>
          <w:szCs w:val="24"/>
        </w:rPr>
        <w:t>benefiting</w:t>
      </w:r>
      <w:r w:rsidRPr="00E11CBE">
        <w:rPr>
          <w:rFonts w:ascii="Arial Nova" w:hAnsi="Arial Nova"/>
          <w:sz w:val="22"/>
          <w:szCs w:val="24"/>
        </w:rPr>
        <w:t xml:space="preserve"> </w:t>
      </w:r>
      <w:r w:rsidR="000F3113">
        <w:rPr>
          <w:rFonts w:ascii="Arial Nova" w:hAnsi="Arial Nova"/>
          <w:sz w:val="22"/>
          <w:szCs w:val="24"/>
        </w:rPr>
        <w:t>from</w:t>
      </w:r>
      <w:r w:rsidRPr="00E11CBE">
        <w:rPr>
          <w:rFonts w:ascii="Arial Nova" w:hAnsi="Arial Nova"/>
          <w:sz w:val="22"/>
          <w:szCs w:val="24"/>
        </w:rPr>
        <w:t xml:space="preserve"> a shared approach</w:t>
      </w:r>
    </w:p>
    <w:p w14:paraId="145B21E0" w14:textId="77777777" w:rsidR="00D85848" w:rsidRPr="00E11CBE" w:rsidRDefault="001D6B23" w:rsidP="00E11CBE">
      <w:pPr>
        <w:pStyle w:val="ListBullet"/>
        <w:keepLines/>
        <w:numPr>
          <w:ilvl w:val="0"/>
          <w:numId w:val="31"/>
        </w:numPr>
        <w:spacing w:after="60" w:line="252" w:lineRule="auto"/>
        <w:rPr>
          <w:rFonts w:ascii="Arial Nova" w:hAnsi="Arial Nova"/>
          <w:sz w:val="22"/>
          <w:szCs w:val="24"/>
        </w:rPr>
      </w:pPr>
      <w:r w:rsidRPr="00E11CBE">
        <w:rPr>
          <w:rFonts w:ascii="Arial Nova" w:hAnsi="Arial Nova"/>
          <w:sz w:val="22"/>
          <w:szCs w:val="24"/>
        </w:rPr>
        <w:t>Another applicant-defined measure</w:t>
      </w:r>
    </w:p>
    <w:p w14:paraId="072F5988" w14:textId="77777777" w:rsidR="00D85848" w:rsidRPr="007F2160" w:rsidRDefault="001D6B23">
      <w:pPr>
        <w:pStyle w:val="Heading2"/>
        <w:spacing w:before="180" w:after="80"/>
        <w:rPr>
          <w:rFonts w:ascii="Arial Nova" w:hAnsi="Arial Nova"/>
        </w:rPr>
      </w:pPr>
      <w:bookmarkStart w:id="39" w:name="_Toc242453393"/>
      <w:r w:rsidRPr="007F2160">
        <w:rPr>
          <w:rFonts w:ascii="Arial Nova" w:eastAsia="Arial" w:hAnsi="Arial Nova"/>
        </w:rPr>
        <w:t>Housing Security Measures</w:t>
      </w:r>
      <w:bookmarkEnd w:id="39"/>
    </w:p>
    <w:p w14:paraId="3E8A7100" w14:textId="77777777" w:rsidR="00D85848" w:rsidRPr="00E11CBE" w:rsidRDefault="001D6B23" w:rsidP="00E11CBE">
      <w:pPr>
        <w:pStyle w:val="ListBullet"/>
        <w:keepLines/>
        <w:numPr>
          <w:ilvl w:val="0"/>
          <w:numId w:val="32"/>
        </w:numPr>
        <w:spacing w:after="60" w:line="252" w:lineRule="auto"/>
        <w:rPr>
          <w:rFonts w:ascii="Arial Nova" w:hAnsi="Arial Nova"/>
          <w:sz w:val="22"/>
          <w:szCs w:val="24"/>
        </w:rPr>
      </w:pPr>
      <w:r w:rsidRPr="00E11CBE">
        <w:rPr>
          <w:rFonts w:ascii="Arial Nova" w:hAnsi="Arial Nova"/>
          <w:sz w:val="22"/>
          <w:szCs w:val="24"/>
        </w:rPr>
        <w:t>Number of individuals or families receiving housing assistance</w:t>
      </w:r>
    </w:p>
    <w:p w14:paraId="601DE87C" w14:textId="77777777" w:rsidR="00D85848" w:rsidRPr="00E11CBE" w:rsidRDefault="001D6B23" w:rsidP="00E11CBE">
      <w:pPr>
        <w:pStyle w:val="ListBullet"/>
        <w:keepLines/>
        <w:numPr>
          <w:ilvl w:val="0"/>
          <w:numId w:val="32"/>
        </w:numPr>
        <w:spacing w:after="60" w:line="252" w:lineRule="auto"/>
        <w:rPr>
          <w:rFonts w:ascii="Arial Nova" w:hAnsi="Arial Nova"/>
          <w:sz w:val="22"/>
          <w:szCs w:val="24"/>
        </w:rPr>
      </w:pPr>
      <w:r w:rsidRPr="00E11CBE">
        <w:rPr>
          <w:rFonts w:ascii="Arial Nova" w:hAnsi="Arial Nova"/>
          <w:sz w:val="22"/>
          <w:szCs w:val="24"/>
        </w:rPr>
        <w:t>Number or percentage of identified housing barriers addressed</w:t>
      </w:r>
    </w:p>
    <w:p w14:paraId="766CD4EE" w14:textId="77777777" w:rsidR="00D85848" w:rsidRPr="00E11CBE" w:rsidRDefault="001D6B23" w:rsidP="00E11CBE">
      <w:pPr>
        <w:pStyle w:val="ListBullet"/>
        <w:keepLines/>
        <w:numPr>
          <w:ilvl w:val="0"/>
          <w:numId w:val="32"/>
        </w:numPr>
        <w:spacing w:after="60" w:line="252" w:lineRule="auto"/>
        <w:rPr>
          <w:rFonts w:ascii="Arial Nova" w:hAnsi="Arial Nova"/>
          <w:sz w:val="22"/>
          <w:szCs w:val="24"/>
        </w:rPr>
      </w:pPr>
      <w:r w:rsidRPr="00E11CBE">
        <w:rPr>
          <w:rFonts w:ascii="Arial Nova" w:hAnsi="Arial Nova"/>
          <w:sz w:val="22"/>
          <w:szCs w:val="24"/>
        </w:rPr>
        <w:t>Number or percentage of participants who remain engaged in the connected program</w:t>
      </w:r>
    </w:p>
    <w:p w14:paraId="4831A047" w14:textId="77777777" w:rsidR="00D85848" w:rsidRPr="00E11CBE" w:rsidRDefault="001D6B23" w:rsidP="00E11CBE">
      <w:pPr>
        <w:pStyle w:val="ListBullet"/>
        <w:keepLines/>
        <w:numPr>
          <w:ilvl w:val="0"/>
          <w:numId w:val="32"/>
        </w:numPr>
        <w:spacing w:after="60" w:line="252" w:lineRule="auto"/>
        <w:rPr>
          <w:rFonts w:ascii="Arial Nova" w:hAnsi="Arial Nova"/>
          <w:sz w:val="22"/>
          <w:szCs w:val="24"/>
        </w:rPr>
      </w:pPr>
      <w:r w:rsidRPr="00E11CBE">
        <w:rPr>
          <w:rFonts w:ascii="Arial Nova" w:hAnsi="Arial Nova"/>
          <w:sz w:val="22"/>
          <w:szCs w:val="24"/>
        </w:rPr>
        <w:t>Number or percentage of participants who continue making progress toward the connected program's goals</w:t>
      </w:r>
    </w:p>
    <w:p w14:paraId="32DE9A56" w14:textId="77777777" w:rsidR="00D85848" w:rsidRPr="00E11CBE" w:rsidRDefault="001D6B23" w:rsidP="00E11CBE">
      <w:pPr>
        <w:pStyle w:val="ListBullet"/>
        <w:keepLines/>
        <w:numPr>
          <w:ilvl w:val="0"/>
          <w:numId w:val="32"/>
        </w:numPr>
        <w:spacing w:after="60" w:line="252" w:lineRule="auto"/>
        <w:rPr>
          <w:rFonts w:ascii="Arial Nova" w:hAnsi="Arial Nova"/>
          <w:sz w:val="22"/>
          <w:szCs w:val="24"/>
        </w:rPr>
      </w:pPr>
      <w:r w:rsidRPr="00E11CBE">
        <w:rPr>
          <w:rFonts w:ascii="Arial Nova" w:hAnsi="Arial Nova"/>
          <w:sz w:val="22"/>
          <w:szCs w:val="24"/>
        </w:rPr>
        <w:t>Another applicant-defined measure</w:t>
      </w:r>
    </w:p>
    <w:p w14:paraId="5E6B8AA8" w14:textId="77777777" w:rsidR="00E11CBE" w:rsidRPr="00E11CBE" w:rsidRDefault="001D6B23" w:rsidP="00E11CBE">
      <w:pPr>
        <w:pStyle w:val="Heading1"/>
        <w:spacing w:before="240" w:after="120"/>
        <w:rPr>
          <w:rFonts w:ascii="Arial Nova" w:eastAsia="Arial" w:hAnsi="Arial Nova"/>
          <w:sz w:val="28"/>
          <w:szCs w:val="20"/>
          <w:u w:val="single"/>
        </w:rPr>
      </w:pPr>
      <w:bookmarkStart w:id="40" w:name="_Toc242453394"/>
      <w:r w:rsidRPr="00E11CBE">
        <w:rPr>
          <w:rFonts w:ascii="Arial Nova" w:eastAsia="Arial" w:hAnsi="Arial Nova"/>
          <w:sz w:val="28"/>
          <w:szCs w:val="20"/>
          <w:u w:val="single"/>
        </w:rPr>
        <w:t>Shared Learning and Coordination</w:t>
      </w:r>
      <w:bookmarkEnd w:id="40"/>
    </w:p>
    <w:p w14:paraId="0D09F74D" w14:textId="23664A96" w:rsidR="008F7208" w:rsidRPr="008F7208" w:rsidRDefault="008F7208" w:rsidP="6F74C6EB">
      <w:pPr>
        <w:keepNext/>
        <w:spacing w:before="140" w:after="40"/>
        <w:rPr>
          <w:rFonts w:ascii="Arial Nova" w:hAnsi="Arial Nova"/>
          <w:b/>
          <w:bCs/>
          <w:sz w:val="22"/>
        </w:rPr>
      </w:pPr>
      <w:r w:rsidRPr="6F74C6EB">
        <w:rPr>
          <w:rFonts w:ascii="Arial Nova" w:hAnsi="Arial Nova"/>
          <w:b/>
          <w:bCs/>
          <w:sz w:val="22"/>
        </w:rPr>
        <w:t>What is one important question or challenge you hope this project will help your organization and United Way better understand? </w:t>
      </w:r>
      <w:r w:rsidRPr="6F74C6EB">
        <w:rPr>
          <w:rFonts w:ascii="Arial Nova" w:hAnsi="Arial Nova"/>
          <w:sz w:val="22"/>
        </w:rPr>
        <w:t xml:space="preserve">Consider emerging needs, barriers to effective services, promising </w:t>
      </w:r>
      <w:r w:rsidR="4C428BBE" w:rsidRPr="6F74C6EB">
        <w:rPr>
          <w:rFonts w:ascii="Arial Nova" w:hAnsi="Arial Nova"/>
          <w:sz w:val="22"/>
        </w:rPr>
        <w:t>approaches,</w:t>
      </w:r>
      <w:r w:rsidRPr="6F74C6EB">
        <w:rPr>
          <w:rFonts w:ascii="Arial Nova" w:hAnsi="Arial Nova"/>
          <w:sz w:val="22"/>
        </w:rPr>
        <w:t xml:space="preserve"> or opportunities to improve how organizations respond.</w:t>
      </w:r>
    </w:p>
    <w:p w14:paraId="2D317F97" w14:textId="77777777" w:rsidR="008F7208" w:rsidRDefault="008F7208">
      <w:pPr>
        <w:keepNext/>
        <w:spacing w:before="140" w:after="40"/>
        <w:rPr>
          <w:rFonts w:ascii="Arial Nova" w:hAnsi="Arial Nova"/>
          <w:b/>
          <w:sz w:val="22"/>
        </w:rPr>
      </w:pPr>
    </w:p>
    <w:p w14:paraId="7C671833" w14:textId="5B240AD9" w:rsidR="00D85848" w:rsidRPr="00E11CBE" w:rsidRDefault="001D6B23">
      <w:pPr>
        <w:keepNext/>
        <w:spacing w:before="140" w:after="40"/>
        <w:rPr>
          <w:rFonts w:ascii="Arial Nova" w:hAnsi="Arial Nova"/>
          <w:sz w:val="22"/>
        </w:rPr>
      </w:pPr>
      <w:r w:rsidRPr="00E11CBE">
        <w:rPr>
          <w:rFonts w:ascii="Arial Nova" w:hAnsi="Arial Nova"/>
          <w:b/>
          <w:sz w:val="22"/>
        </w:rPr>
        <w:t xml:space="preserve">Confirm that the organization will participate in the virtual kickoff, </w:t>
      </w:r>
      <w:r w:rsidR="00E11CBE" w:rsidRPr="00E11CBE">
        <w:rPr>
          <w:rFonts w:ascii="Arial Nova" w:hAnsi="Arial Nova"/>
          <w:b/>
          <w:sz w:val="22"/>
        </w:rPr>
        <w:t>shared learning</w:t>
      </w:r>
      <w:r w:rsidRPr="00E11CBE">
        <w:rPr>
          <w:rFonts w:ascii="Arial Nova" w:hAnsi="Arial Nova"/>
          <w:b/>
          <w:sz w:val="22"/>
        </w:rPr>
        <w:t xml:space="preserve"> or coordination activities, six-month debrief and final reporting, and will share relevant tools, practices or lessons</w:t>
      </w:r>
    </w:p>
    <w:p w14:paraId="1A1857DD" w14:textId="77777777" w:rsidR="00D85848" w:rsidRPr="00E11CBE" w:rsidRDefault="001D6B23" w:rsidP="00E11CBE">
      <w:pPr>
        <w:spacing w:after="80"/>
        <w:rPr>
          <w:rFonts w:ascii="Arial Nova" w:hAnsi="Arial Nova"/>
          <w:sz w:val="22"/>
        </w:rPr>
      </w:pPr>
      <w:r w:rsidRPr="00E11CBE">
        <w:rPr>
          <w:rFonts w:ascii="Arial Nova" w:hAnsi="Arial Nova"/>
          <w:b/>
          <w:color w:val="606A76"/>
          <w:sz w:val="22"/>
        </w:rPr>
        <w:t xml:space="preserve">Response: </w:t>
      </w:r>
      <w:r w:rsidRPr="00E11CBE">
        <w:rPr>
          <w:rFonts w:ascii="Arial Nova" w:hAnsi="Arial Nova"/>
          <w:i/>
          <w:color w:val="606A76"/>
          <w:sz w:val="22"/>
        </w:rPr>
        <w:t>Required acknowledgment</w:t>
      </w:r>
    </w:p>
    <w:p w14:paraId="32EF6C2A" w14:textId="77777777" w:rsidR="008F7874" w:rsidRDefault="001D6B23" w:rsidP="008F7874">
      <w:pPr>
        <w:rPr>
          <w:rFonts w:ascii="Arial Nova" w:hAnsi="Arial Nova"/>
          <w:sz w:val="22"/>
        </w:rPr>
      </w:pPr>
      <w:r w:rsidRPr="00E11CBE">
        <w:rPr>
          <w:rFonts w:ascii="Arial Nova" w:hAnsi="Arial Nova"/>
          <w:sz w:val="22"/>
        </w:rPr>
        <w:br w:type="page"/>
      </w:r>
      <w:bookmarkStart w:id="41" w:name="_Toc242453395"/>
    </w:p>
    <w:p w14:paraId="2615478C" w14:textId="5AC7CA50" w:rsidR="00D85848" w:rsidRPr="008F7874" w:rsidRDefault="001D6B23" w:rsidP="008F7874">
      <w:pPr>
        <w:rPr>
          <w:rFonts w:ascii="Arial Nova" w:hAnsi="Arial Nova"/>
          <w:sz w:val="22"/>
        </w:rPr>
      </w:pPr>
      <w:r w:rsidRPr="000211D6">
        <w:rPr>
          <w:rFonts w:ascii="Arial Nova" w:hAnsi="Arial Nova"/>
          <w:sz w:val="28"/>
          <w:szCs w:val="20"/>
          <w:u w:val="single"/>
        </w:rPr>
        <w:t>Financial Information and Uploads</w:t>
      </w:r>
      <w:bookmarkEnd w:id="41"/>
    </w:p>
    <w:p w14:paraId="405CD416" w14:textId="69518555" w:rsidR="00D85848" w:rsidRPr="00E11CBE" w:rsidRDefault="001D6B23">
      <w:pPr>
        <w:keepNext/>
        <w:spacing w:before="140" w:after="40"/>
        <w:rPr>
          <w:rFonts w:ascii="Arial Nova" w:hAnsi="Arial Nova"/>
          <w:sz w:val="22"/>
        </w:rPr>
      </w:pPr>
      <w:r w:rsidRPr="00E11CBE">
        <w:rPr>
          <w:rFonts w:ascii="Arial Nova" w:hAnsi="Arial Nova"/>
          <w:b/>
          <w:sz w:val="22"/>
        </w:rPr>
        <w:t>Does the organization anticipate any major changes to its current budget during the grant period? If yes, explain</w:t>
      </w:r>
      <w:r w:rsidR="00E11CBE">
        <w:rPr>
          <w:rFonts w:ascii="Arial Nova" w:hAnsi="Arial Nova"/>
          <w:b/>
          <w:sz w:val="22"/>
        </w:rPr>
        <w:t xml:space="preserve">. </w:t>
      </w:r>
    </w:p>
    <w:p w14:paraId="444137C5" w14:textId="77777777" w:rsidR="00D85848" w:rsidRPr="00E11CBE" w:rsidRDefault="001D6B23" w:rsidP="00E11CBE">
      <w:pPr>
        <w:spacing w:after="80"/>
        <w:rPr>
          <w:rFonts w:ascii="Arial Nova" w:hAnsi="Arial Nova"/>
          <w:sz w:val="22"/>
        </w:rPr>
      </w:pPr>
      <w:r w:rsidRPr="00E11CBE">
        <w:rPr>
          <w:rFonts w:ascii="Arial Nova" w:hAnsi="Arial Nova"/>
          <w:b/>
          <w:color w:val="606A76"/>
          <w:sz w:val="22"/>
        </w:rPr>
        <w:t xml:space="preserve">Response: </w:t>
      </w:r>
      <w:r w:rsidRPr="00E11CBE">
        <w:rPr>
          <w:rFonts w:ascii="Arial Nova" w:hAnsi="Arial Nova"/>
          <w:i/>
          <w:color w:val="606A76"/>
          <w:sz w:val="22"/>
        </w:rPr>
        <w:t>Yes or No with conditional narrative</w:t>
      </w:r>
    </w:p>
    <w:p w14:paraId="15054A00" w14:textId="77777777" w:rsidR="00D85848" w:rsidRPr="007F2160" w:rsidRDefault="001D6B23">
      <w:pPr>
        <w:pStyle w:val="Heading2"/>
        <w:spacing w:before="180" w:after="80"/>
        <w:rPr>
          <w:rFonts w:ascii="Arial Nova" w:hAnsi="Arial Nova"/>
        </w:rPr>
      </w:pPr>
      <w:bookmarkStart w:id="42" w:name="_Toc242453396"/>
      <w:r w:rsidRPr="007F2160">
        <w:rPr>
          <w:rFonts w:ascii="Arial Nova" w:eastAsia="Arial" w:hAnsi="Arial Nova"/>
        </w:rPr>
        <w:t>Required Uploads</w:t>
      </w:r>
      <w:bookmarkEnd w:id="42"/>
    </w:p>
    <w:p w14:paraId="06F495C7" w14:textId="77777777" w:rsidR="00D85848" w:rsidRPr="00E11CBE" w:rsidRDefault="001D6B23" w:rsidP="00E11CBE">
      <w:pPr>
        <w:pStyle w:val="ListBullet"/>
        <w:keepLines/>
        <w:numPr>
          <w:ilvl w:val="0"/>
          <w:numId w:val="33"/>
        </w:numPr>
        <w:spacing w:after="60" w:line="252" w:lineRule="auto"/>
        <w:rPr>
          <w:rFonts w:ascii="Arial Nova" w:hAnsi="Arial Nova"/>
          <w:sz w:val="22"/>
          <w:szCs w:val="24"/>
        </w:rPr>
      </w:pPr>
      <w:r w:rsidRPr="00E11CBE">
        <w:rPr>
          <w:rFonts w:ascii="Arial Nova" w:hAnsi="Arial Nova"/>
          <w:sz w:val="22"/>
          <w:szCs w:val="24"/>
        </w:rPr>
        <w:t>Current fiscal-year organizational budget</w:t>
      </w:r>
    </w:p>
    <w:p w14:paraId="7022BA79" w14:textId="77777777" w:rsidR="00D85848" w:rsidRPr="00E11CBE" w:rsidRDefault="001D6B23" w:rsidP="00E11CBE">
      <w:pPr>
        <w:pStyle w:val="ListBullet"/>
        <w:keepLines/>
        <w:numPr>
          <w:ilvl w:val="0"/>
          <w:numId w:val="33"/>
        </w:numPr>
        <w:spacing w:after="60" w:line="252" w:lineRule="auto"/>
        <w:rPr>
          <w:rFonts w:ascii="Arial Nova" w:hAnsi="Arial Nova"/>
          <w:sz w:val="22"/>
          <w:szCs w:val="24"/>
        </w:rPr>
      </w:pPr>
      <w:r w:rsidRPr="00E11CBE">
        <w:rPr>
          <w:rFonts w:ascii="Arial Nova" w:hAnsi="Arial Nova"/>
          <w:sz w:val="22"/>
          <w:szCs w:val="24"/>
        </w:rPr>
        <w:t>Most recent completed-year financial statements, whether audited, reviewed, compiled or internally prepared</w:t>
      </w:r>
    </w:p>
    <w:p w14:paraId="7F58A339" w14:textId="77777777" w:rsidR="00D85848" w:rsidRPr="00E11CBE" w:rsidRDefault="001D6B23" w:rsidP="00E11CBE">
      <w:pPr>
        <w:pStyle w:val="ListBullet"/>
        <w:keepLines/>
        <w:numPr>
          <w:ilvl w:val="0"/>
          <w:numId w:val="33"/>
        </w:numPr>
        <w:spacing w:after="60" w:line="252" w:lineRule="auto"/>
        <w:rPr>
          <w:rFonts w:ascii="Arial Nova" w:hAnsi="Arial Nova"/>
          <w:sz w:val="22"/>
          <w:szCs w:val="24"/>
        </w:rPr>
      </w:pPr>
      <w:r w:rsidRPr="00E11CBE">
        <w:rPr>
          <w:rFonts w:ascii="Arial Nova" w:hAnsi="Arial Nova"/>
          <w:sz w:val="22"/>
          <w:szCs w:val="24"/>
        </w:rPr>
        <w:t>Most recent IRS Form 990, if applicable</w:t>
      </w:r>
    </w:p>
    <w:p w14:paraId="067AB7DF" w14:textId="77777777" w:rsidR="00D85848" w:rsidRPr="00E11CBE" w:rsidRDefault="001D6B23" w:rsidP="00E11CBE">
      <w:pPr>
        <w:pStyle w:val="ListBullet"/>
        <w:keepLines/>
        <w:numPr>
          <w:ilvl w:val="0"/>
          <w:numId w:val="33"/>
        </w:numPr>
        <w:spacing w:after="60" w:line="252" w:lineRule="auto"/>
        <w:rPr>
          <w:rFonts w:ascii="Arial Nova" w:hAnsi="Arial Nova"/>
          <w:sz w:val="22"/>
          <w:szCs w:val="24"/>
        </w:rPr>
      </w:pPr>
      <w:r w:rsidRPr="00E11CBE">
        <w:rPr>
          <w:rFonts w:ascii="Arial Nova" w:hAnsi="Arial Nova"/>
          <w:sz w:val="22"/>
          <w:szCs w:val="24"/>
        </w:rPr>
        <w:t>Fiscal sponsor agreement or letter, if applicable</w:t>
      </w:r>
    </w:p>
    <w:p w14:paraId="2CECAAB9" w14:textId="081A6608" w:rsidR="00D85848" w:rsidRPr="000211D6" w:rsidRDefault="001D6B23">
      <w:pPr>
        <w:pStyle w:val="Heading1"/>
        <w:spacing w:before="240" w:after="120"/>
        <w:rPr>
          <w:rFonts w:ascii="Arial Nova" w:hAnsi="Arial Nova"/>
          <w:sz w:val="28"/>
          <w:szCs w:val="20"/>
          <w:u w:val="single"/>
        </w:rPr>
      </w:pPr>
      <w:bookmarkStart w:id="43" w:name="_Toc242453397"/>
      <w:r w:rsidRPr="000211D6">
        <w:rPr>
          <w:rFonts w:ascii="Arial Nova" w:eastAsia="Arial" w:hAnsi="Arial Nova"/>
          <w:sz w:val="28"/>
          <w:szCs w:val="20"/>
          <w:u w:val="single"/>
        </w:rPr>
        <w:t>Additional Information and Certifications</w:t>
      </w:r>
      <w:bookmarkEnd w:id="43"/>
    </w:p>
    <w:p w14:paraId="0E5E4457" w14:textId="41F19CD4" w:rsidR="00D85848" w:rsidRPr="00E11CBE" w:rsidRDefault="001D6B23">
      <w:pPr>
        <w:keepNext/>
        <w:spacing w:before="140" w:after="40"/>
        <w:rPr>
          <w:rFonts w:ascii="Arial Nova" w:hAnsi="Arial Nova"/>
          <w:sz w:val="22"/>
        </w:rPr>
      </w:pPr>
      <w:r w:rsidRPr="00E11CBE">
        <w:rPr>
          <w:rFonts w:ascii="Arial Nova" w:hAnsi="Arial Nova"/>
          <w:b/>
          <w:sz w:val="22"/>
        </w:rPr>
        <w:t>Is there anything else reviewers should know to understand the organization or proposed work?</w:t>
      </w:r>
    </w:p>
    <w:p w14:paraId="51707BDF" w14:textId="77777777" w:rsidR="00D85848" w:rsidRPr="00E11CBE" w:rsidRDefault="001D6B23" w:rsidP="00E11CBE">
      <w:pPr>
        <w:spacing w:after="80"/>
        <w:rPr>
          <w:rFonts w:ascii="Arial Nova" w:hAnsi="Arial Nova"/>
          <w:sz w:val="22"/>
        </w:rPr>
      </w:pPr>
      <w:r w:rsidRPr="00E11CBE">
        <w:rPr>
          <w:rFonts w:ascii="Arial Nova" w:hAnsi="Arial Nova"/>
          <w:b/>
          <w:color w:val="606A76"/>
          <w:sz w:val="22"/>
        </w:rPr>
        <w:t xml:space="preserve">Response: </w:t>
      </w:r>
      <w:r w:rsidRPr="00E11CBE">
        <w:rPr>
          <w:rFonts w:ascii="Arial Nova" w:hAnsi="Arial Nova"/>
          <w:i/>
          <w:color w:val="606A76"/>
          <w:sz w:val="22"/>
        </w:rPr>
        <w:t>Optional narrative</w:t>
      </w:r>
    </w:p>
    <w:p w14:paraId="634CF1AD" w14:textId="77777777" w:rsidR="00D85848" w:rsidRPr="000211D6" w:rsidRDefault="001D6B23">
      <w:pPr>
        <w:pStyle w:val="Heading2"/>
        <w:spacing w:before="180" w:after="80"/>
        <w:rPr>
          <w:rFonts w:ascii="Arial Nova" w:hAnsi="Arial Nova"/>
          <w:u w:val="single"/>
        </w:rPr>
      </w:pPr>
      <w:bookmarkStart w:id="44" w:name="_Toc242453398"/>
      <w:r w:rsidRPr="000211D6">
        <w:rPr>
          <w:rFonts w:ascii="Arial Nova" w:eastAsia="Arial" w:hAnsi="Arial Nova"/>
          <w:u w:val="single"/>
        </w:rPr>
        <w:t>Use of Artificial Intelligence</w:t>
      </w:r>
      <w:bookmarkEnd w:id="44"/>
    </w:p>
    <w:p w14:paraId="296A7E1D" w14:textId="73AEB4F6" w:rsidR="0061089B" w:rsidRDefault="0061089B">
      <w:pPr>
        <w:keepNext/>
        <w:spacing w:before="140" w:after="40"/>
        <w:rPr>
          <w:rFonts w:ascii="Arial Nova" w:hAnsi="Arial Nova"/>
          <w:bCs/>
          <w:sz w:val="22"/>
          <w:szCs w:val="24"/>
        </w:rPr>
      </w:pPr>
      <w:r w:rsidRPr="0061089B">
        <w:rPr>
          <w:rFonts w:ascii="Arial Nova" w:hAnsi="Arial Nova"/>
          <w:bCs/>
          <w:sz w:val="22"/>
          <w:szCs w:val="24"/>
        </w:rPr>
        <w:t>United Way recognizes that organizations may use generative artificial intelligence (AI) tools to support grant writing, research and other aspects of their work. We encourage responsible use of these tools and are interested in learning how applicants are using them to support their work.</w:t>
      </w:r>
    </w:p>
    <w:p w14:paraId="19E0679F" w14:textId="3FB50280" w:rsidR="00D85848" w:rsidRDefault="0061089B">
      <w:pPr>
        <w:keepNext/>
        <w:spacing w:before="140" w:after="40"/>
        <w:rPr>
          <w:rFonts w:ascii="Arial Nova" w:hAnsi="Arial Nova"/>
          <w:b/>
          <w:sz w:val="22"/>
          <w:szCs w:val="24"/>
        </w:rPr>
      </w:pPr>
      <w:r w:rsidRPr="0061089B">
        <w:rPr>
          <w:rFonts w:ascii="Arial Nova" w:hAnsi="Arial Nova"/>
          <w:b/>
          <w:sz w:val="22"/>
          <w:szCs w:val="24"/>
        </w:rPr>
        <w:t xml:space="preserve">Did your organization use </w:t>
      </w:r>
      <w:r w:rsidR="001D6B23" w:rsidRPr="0061089B">
        <w:rPr>
          <w:rFonts w:ascii="Arial Nova" w:hAnsi="Arial Nova"/>
          <w:b/>
          <w:sz w:val="22"/>
          <w:szCs w:val="24"/>
        </w:rPr>
        <w:t>generative artificial intelligence</w:t>
      </w:r>
      <w:r w:rsidR="00E11CBE" w:rsidRPr="0061089B">
        <w:rPr>
          <w:rFonts w:ascii="Arial Nova" w:hAnsi="Arial Nova"/>
          <w:b/>
          <w:sz w:val="22"/>
          <w:szCs w:val="24"/>
        </w:rPr>
        <w:t xml:space="preserve"> (AI)</w:t>
      </w:r>
      <w:r w:rsidR="001D6B23" w:rsidRPr="0061089B">
        <w:rPr>
          <w:rFonts w:ascii="Arial Nova" w:hAnsi="Arial Nova"/>
          <w:b/>
          <w:sz w:val="22"/>
          <w:szCs w:val="24"/>
        </w:rPr>
        <w:t xml:space="preserve"> tools </w:t>
      </w:r>
      <w:r w:rsidRPr="0061089B">
        <w:rPr>
          <w:rFonts w:ascii="Arial Nova" w:hAnsi="Arial Nova"/>
          <w:b/>
          <w:sz w:val="22"/>
          <w:szCs w:val="24"/>
        </w:rPr>
        <w:t>in preparing this</w:t>
      </w:r>
      <w:r>
        <w:rPr>
          <w:rFonts w:ascii="Arial Nova" w:hAnsi="Arial Nova"/>
          <w:b/>
          <w:sz w:val="22"/>
          <w:szCs w:val="24"/>
        </w:rPr>
        <w:t xml:space="preserve"> application</w:t>
      </w:r>
      <w:r w:rsidR="001D6B23" w:rsidRPr="00E11CBE">
        <w:rPr>
          <w:rFonts w:ascii="Arial Nova" w:hAnsi="Arial Nova"/>
          <w:b/>
          <w:sz w:val="22"/>
          <w:szCs w:val="24"/>
        </w:rPr>
        <w:t>?</w:t>
      </w:r>
      <w:r>
        <w:rPr>
          <w:rFonts w:ascii="Arial Nova" w:hAnsi="Arial Nova"/>
          <w:b/>
          <w:sz w:val="22"/>
          <w:szCs w:val="24"/>
        </w:rPr>
        <w:t xml:space="preserve"> Select all that apply</w:t>
      </w:r>
    </w:p>
    <w:p w14:paraId="5C6E564F" w14:textId="7ADDDCB5" w:rsidR="0061089B" w:rsidRDefault="0061089B" w:rsidP="0061089B">
      <w:pPr>
        <w:pStyle w:val="ListParagraph"/>
        <w:keepNext/>
        <w:numPr>
          <w:ilvl w:val="0"/>
          <w:numId w:val="42"/>
        </w:numPr>
        <w:spacing w:before="140" w:after="40"/>
        <w:rPr>
          <w:rFonts w:ascii="Arial Nova" w:hAnsi="Arial Nova"/>
          <w:bCs/>
          <w:sz w:val="22"/>
          <w:szCs w:val="24"/>
        </w:rPr>
      </w:pPr>
      <w:r>
        <w:rPr>
          <w:rFonts w:ascii="Arial Nova" w:hAnsi="Arial Nova"/>
          <w:bCs/>
          <w:sz w:val="22"/>
          <w:szCs w:val="24"/>
        </w:rPr>
        <w:t>No, we did not use generative AI tools</w:t>
      </w:r>
    </w:p>
    <w:p w14:paraId="565E17C5" w14:textId="6972997B" w:rsidR="0061089B" w:rsidRDefault="0061089B" w:rsidP="0061089B">
      <w:pPr>
        <w:pStyle w:val="ListParagraph"/>
        <w:keepNext/>
        <w:numPr>
          <w:ilvl w:val="0"/>
          <w:numId w:val="42"/>
        </w:numPr>
        <w:spacing w:before="140" w:after="40"/>
        <w:rPr>
          <w:rFonts w:ascii="Arial Nova" w:hAnsi="Arial Nova"/>
          <w:bCs/>
          <w:sz w:val="22"/>
          <w:szCs w:val="24"/>
        </w:rPr>
      </w:pPr>
      <w:r>
        <w:rPr>
          <w:rFonts w:ascii="Arial Nova" w:hAnsi="Arial Nova"/>
          <w:bCs/>
          <w:sz w:val="22"/>
          <w:szCs w:val="24"/>
        </w:rPr>
        <w:t>Yes, for editing, proofreading, or improving clarity</w:t>
      </w:r>
    </w:p>
    <w:p w14:paraId="2A7E686D" w14:textId="675176C8" w:rsidR="0061089B" w:rsidRDefault="0061089B" w:rsidP="0061089B">
      <w:pPr>
        <w:pStyle w:val="ListParagraph"/>
        <w:keepNext/>
        <w:numPr>
          <w:ilvl w:val="0"/>
          <w:numId w:val="42"/>
        </w:numPr>
        <w:spacing w:before="140" w:after="40"/>
        <w:rPr>
          <w:rFonts w:ascii="Arial Nova" w:hAnsi="Arial Nova"/>
          <w:bCs/>
          <w:sz w:val="22"/>
          <w:szCs w:val="24"/>
        </w:rPr>
      </w:pPr>
      <w:r>
        <w:rPr>
          <w:rFonts w:ascii="Arial Nova" w:hAnsi="Arial Nova"/>
          <w:bCs/>
          <w:sz w:val="22"/>
          <w:szCs w:val="24"/>
        </w:rPr>
        <w:t>Yes, for brainstorming or organizing ideas</w:t>
      </w:r>
    </w:p>
    <w:p w14:paraId="265D36BA" w14:textId="6914C6AB" w:rsidR="0061089B" w:rsidRDefault="0061089B" w:rsidP="0061089B">
      <w:pPr>
        <w:pStyle w:val="ListParagraph"/>
        <w:keepNext/>
        <w:numPr>
          <w:ilvl w:val="0"/>
          <w:numId w:val="42"/>
        </w:numPr>
        <w:spacing w:before="140" w:after="40"/>
        <w:rPr>
          <w:rFonts w:ascii="Arial Nova" w:hAnsi="Arial Nova"/>
          <w:bCs/>
          <w:sz w:val="22"/>
          <w:szCs w:val="24"/>
        </w:rPr>
      </w:pPr>
      <w:r>
        <w:rPr>
          <w:rFonts w:ascii="Arial Nova" w:hAnsi="Arial Nova"/>
          <w:bCs/>
          <w:sz w:val="22"/>
          <w:szCs w:val="24"/>
        </w:rPr>
        <w:t>Yes, for drafting or developing application responses</w:t>
      </w:r>
    </w:p>
    <w:p w14:paraId="3FF55629" w14:textId="1221D146" w:rsidR="0061089B" w:rsidRDefault="0061089B" w:rsidP="0061089B">
      <w:pPr>
        <w:pStyle w:val="ListParagraph"/>
        <w:keepNext/>
        <w:numPr>
          <w:ilvl w:val="0"/>
          <w:numId w:val="42"/>
        </w:numPr>
        <w:spacing w:before="140" w:after="40"/>
        <w:rPr>
          <w:rFonts w:ascii="Arial Nova" w:hAnsi="Arial Nova"/>
          <w:bCs/>
          <w:sz w:val="22"/>
          <w:szCs w:val="24"/>
        </w:rPr>
      </w:pPr>
      <w:r>
        <w:rPr>
          <w:rFonts w:ascii="Arial Nova" w:hAnsi="Arial Nova"/>
          <w:bCs/>
          <w:sz w:val="22"/>
          <w:szCs w:val="24"/>
        </w:rPr>
        <w:t>Yes, for research, analysis, or developing estimates</w:t>
      </w:r>
    </w:p>
    <w:p w14:paraId="08CF455A" w14:textId="150CF87D" w:rsidR="0061089B" w:rsidRPr="0061089B" w:rsidRDefault="0061089B" w:rsidP="0061089B">
      <w:pPr>
        <w:pStyle w:val="ListParagraph"/>
        <w:keepNext/>
        <w:numPr>
          <w:ilvl w:val="0"/>
          <w:numId w:val="42"/>
        </w:numPr>
        <w:spacing w:before="140" w:after="40"/>
        <w:rPr>
          <w:rFonts w:ascii="Arial Nova" w:hAnsi="Arial Nova"/>
          <w:bCs/>
          <w:sz w:val="22"/>
          <w:szCs w:val="24"/>
        </w:rPr>
      </w:pPr>
      <w:r>
        <w:rPr>
          <w:rFonts w:ascii="Arial Nova" w:hAnsi="Arial Nova"/>
          <w:bCs/>
          <w:sz w:val="22"/>
          <w:szCs w:val="24"/>
        </w:rPr>
        <w:t>Yes, for another purpose</w:t>
      </w:r>
    </w:p>
    <w:p w14:paraId="50F3F635" w14:textId="1DC402E8" w:rsidR="00D85848" w:rsidRPr="00E11CBE" w:rsidRDefault="001D6B23" w:rsidP="00E11CBE">
      <w:pPr>
        <w:spacing w:after="40"/>
        <w:rPr>
          <w:rFonts w:ascii="Arial Nova" w:hAnsi="Arial Nova"/>
          <w:sz w:val="24"/>
          <w:szCs w:val="28"/>
        </w:rPr>
      </w:pPr>
      <w:r w:rsidRPr="00E11CBE">
        <w:rPr>
          <w:rFonts w:ascii="Arial Nova" w:hAnsi="Arial Nova"/>
          <w:b/>
          <w:color w:val="606A76"/>
          <w:sz w:val="22"/>
          <w:szCs w:val="28"/>
        </w:rPr>
        <w:t xml:space="preserve">Response: </w:t>
      </w:r>
      <w:r w:rsidR="0061089B">
        <w:rPr>
          <w:rFonts w:ascii="Arial Nova" w:hAnsi="Arial Nova"/>
          <w:i/>
          <w:color w:val="606A76"/>
          <w:sz w:val="22"/>
          <w:szCs w:val="28"/>
        </w:rPr>
        <w:t>Multi-select</w:t>
      </w:r>
    </w:p>
    <w:p w14:paraId="7FE26D6C" w14:textId="1EF0E335" w:rsidR="00E11CBE" w:rsidRDefault="00E11CBE" w:rsidP="00E11CBE">
      <w:pPr>
        <w:spacing w:after="80"/>
        <w:rPr>
          <w:rFonts w:ascii="Arial Nova" w:hAnsi="Arial Nova"/>
          <w:i/>
          <w:color w:val="606A76"/>
          <w:sz w:val="22"/>
          <w:szCs w:val="28"/>
        </w:rPr>
      </w:pPr>
    </w:p>
    <w:p w14:paraId="01608A9E" w14:textId="2C447856" w:rsidR="005B6093" w:rsidRPr="005B6093" w:rsidRDefault="2438B8A5" w:rsidP="00E11CBE">
      <w:pPr>
        <w:spacing w:after="80"/>
      </w:pPr>
      <w:r w:rsidRPr="3C3D2F7F">
        <w:rPr>
          <w:rFonts w:ascii="Arial Nova" w:hAnsi="Arial Nova"/>
          <w:b/>
          <w:bCs/>
          <w:color w:val="000000" w:themeColor="text1"/>
          <w:sz w:val="22"/>
        </w:rPr>
        <w:t>Optional: How, if at all, has AI helped your organization prepare this application to support its broader work?</w:t>
      </w:r>
    </w:p>
    <w:p w14:paraId="4DAB14B0" w14:textId="64275702" w:rsidR="10C76B0E" w:rsidRDefault="10C76B0E" w:rsidP="3C3D2F7F">
      <w:pPr>
        <w:spacing w:after="80"/>
        <w:rPr>
          <w:rFonts w:ascii="Arial Nova" w:hAnsi="Arial Nova"/>
          <w:i/>
          <w:iCs/>
          <w:color w:val="606A76"/>
          <w:sz w:val="22"/>
        </w:rPr>
      </w:pPr>
      <w:r w:rsidRPr="3C3D2F7F">
        <w:rPr>
          <w:rFonts w:ascii="Arial Nova" w:hAnsi="Arial Nova"/>
          <w:b/>
          <w:bCs/>
          <w:color w:val="606A76"/>
          <w:sz w:val="22"/>
        </w:rPr>
        <w:t xml:space="preserve">Response: </w:t>
      </w:r>
      <w:r w:rsidRPr="3C3D2F7F">
        <w:rPr>
          <w:rFonts w:ascii="Arial Nova" w:hAnsi="Arial Nova"/>
          <w:i/>
          <w:iCs/>
          <w:color w:val="606A76"/>
          <w:sz w:val="22"/>
        </w:rPr>
        <w:t>Narrative</w:t>
      </w:r>
    </w:p>
    <w:p w14:paraId="64D432F1" w14:textId="77777777" w:rsidR="00E1567F" w:rsidRDefault="00E1567F" w:rsidP="00E1567F">
      <w:pPr>
        <w:pStyle w:val="Heading2"/>
        <w:spacing w:before="180" w:after="80"/>
        <w:rPr>
          <w:rFonts w:ascii="Arial Nova" w:hAnsi="Arial Nova"/>
          <w:b w:val="0"/>
          <w:bCs w:val="0"/>
          <w:i/>
          <w:color w:val="606A76"/>
          <w:sz w:val="20"/>
          <w:szCs w:val="24"/>
        </w:rPr>
      </w:pPr>
      <w:bookmarkStart w:id="45" w:name="_Toc242453399"/>
      <w:r w:rsidRPr="00E1567F">
        <w:rPr>
          <w:rFonts w:ascii="Arial Nova" w:hAnsi="Arial Nova"/>
          <w:b w:val="0"/>
          <w:bCs w:val="0"/>
          <w:i/>
          <w:color w:val="606A76"/>
          <w:sz w:val="20"/>
          <w:szCs w:val="24"/>
        </w:rPr>
        <w:t>AI use will not affect application eligibility or funding decisions. Applicants remain responsible for the accuracy and completeness of submitted information and should not enter confidential or personally identifiable information into AI tools without appropriate safeguards. United Way may use approved AI tools to support application review and analysis; final funding decisions will be made by people.</w:t>
      </w:r>
    </w:p>
    <w:p w14:paraId="284AB7C4" w14:textId="77777777" w:rsidR="000B1547" w:rsidRDefault="000B1547" w:rsidP="000B1547"/>
    <w:p w14:paraId="1E137FC6" w14:textId="77777777" w:rsidR="007F77C1" w:rsidRPr="007F77C1" w:rsidRDefault="007F77C1" w:rsidP="007F77C1">
      <w:pPr>
        <w:pStyle w:val="Heading2"/>
        <w:rPr>
          <w:rFonts w:ascii="Arial Nova" w:hAnsi="Arial Nova"/>
        </w:rPr>
      </w:pPr>
      <w:r w:rsidRPr="007F77C1">
        <w:rPr>
          <w:rFonts w:ascii="Arial Nova" w:hAnsi="Arial Nova"/>
        </w:rPr>
        <w:t>Permission to Share Application Information</w:t>
      </w:r>
    </w:p>
    <w:p w14:paraId="6D19A026" w14:textId="77777777" w:rsidR="007F77C1" w:rsidRPr="007F77C1" w:rsidRDefault="007F77C1" w:rsidP="007F77C1">
      <w:pPr>
        <w:rPr>
          <w:rFonts w:ascii="Arial Nova" w:hAnsi="Arial Nova"/>
          <w:sz w:val="22"/>
        </w:rPr>
      </w:pPr>
      <w:r w:rsidRPr="007F77C1">
        <w:rPr>
          <w:rFonts w:ascii="Arial Nova" w:hAnsi="Arial Nova"/>
          <w:sz w:val="22"/>
        </w:rPr>
        <w:t>United Way occasionally works with other funders and community partners who may be interested in supporting projects aligned with their priorities. With your permission, United Way may share your application to help identify additional funding or partnership opportunities.</w:t>
      </w:r>
    </w:p>
    <w:p w14:paraId="0B21CE1D" w14:textId="77777777" w:rsidR="007F77C1" w:rsidRPr="007F77C1" w:rsidRDefault="007F77C1" w:rsidP="007F77C1">
      <w:pPr>
        <w:rPr>
          <w:rFonts w:ascii="Arial Nova" w:hAnsi="Arial Nova"/>
          <w:sz w:val="22"/>
        </w:rPr>
      </w:pPr>
      <w:r w:rsidRPr="007F77C1">
        <w:rPr>
          <w:rFonts w:ascii="Arial Nova" w:hAnsi="Arial Nova"/>
          <w:b/>
          <w:bCs/>
          <w:sz w:val="22"/>
        </w:rPr>
        <w:t>May United Way share your application with other philanthropic funders or potential funding partners for the purpose of exploring additional support for your proposed work?</w:t>
      </w:r>
    </w:p>
    <w:p w14:paraId="2AECEF33" w14:textId="77777777" w:rsidR="007F77C1" w:rsidRPr="007F77C1" w:rsidRDefault="007F77C1" w:rsidP="007F77C1">
      <w:pPr>
        <w:numPr>
          <w:ilvl w:val="0"/>
          <w:numId w:val="44"/>
        </w:numPr>
        <w:rPr>
          <w:rFonts w:ascii="Arial Nova" w:hAnsi="Arial Nova"/>
          <w:sz w:val="22"/>
        </w:rPr>
      </w:pPr>
      <w:r w:rsidRPr="007F77C1">
        <w:rPr>
          <w:rFonts w:ascii="Arial Nova" w:hAnsi="Arial Nova"/>
          <w:sz w:val="22"/>
        </w:rPr>
        <w:t>Yes, United Way may share our application for this purpose.</w:t>
      </w:r>
    </w:p>
    <w:p w14:paraId="5EA14800" w14:textId="77777777" w:rsidR="007F77C1" w:rsidRPr="007F77C1" w:rsidRDefault="007F77C1" w:rsidP="007F77C1">
      <w:pPr>
        <w:numPr>
          <w:ilvl w:val="0"/>
          <w:numId w:val="44"/>
        </w:numPr>
        <w:rPr>
          <w:rFonts w:ascii="Arial Nova" w:hAnsi="Arial Nova"/>
          <w:sz w:val="22"/>
        </w:rPr>
      </w:pPr>
      <w:r w:rsidRPr="007F77C1">
        <w:rPr>
          <w:rFonts w:ascii="Arial Nova" w:hAnsi="Arial Nova"/>
          <w:sz w:val="22"/>
        </w:rPr>
        <w:t>Please contact our organization before sharing our application.</w:t>
      </w:r>
    </w:p>
    <w:p w14:paraId="6C5404FC" w14:textId="77777777" w:rsidR="007F77C1" w:rsidRPr="007F77C1" w:rsidRDefault="007F77C1" w:rsidP="007F77C1">
      <w:pPr>
        <w:numPr>
          <w:ilvl w:val="0"/>
          <w:numId w:val="44"/>
        </w:numPr>
        <w:rPr>
          <w:rFonts w:ascii="Arial Nova" w:hAnsi="Arial Nova"/>
          <w:sz w:val="22"/>
        </w:rPr>
      </w:pPr>
      <w:r w:rsidRPr="007F77C1">
        <w:rPr>
          <w:rFonts w:ascii="Arial Nova" w:hAnsi="Arial Nova"/>
          <w:sz w:val="22"/>
        </w:rPr>
        <w:t>No, please do not share our application outside United Way's grant review process.</w:t>
      </w:r>
    </w:p>
    <w:p w14:paraId="6E502158" w14:textId="77777777" w:rsidR="007F77C1" w:rsidRPr="007F77C1" w:rsidRDefault="007F77C1" w:rsidP="007F77C1">
      <w:pPr>
        <w:rPr>
          <w:rFonts w:ascii="Arial Nova" w:hAnsi="Arial Nova"/>
          <w:color w:val="7F7F7F" w:themeColor="text1" w:themeTint="80"/>
          <w:sz w:val="22"/>
        </w:rPr>
      </w:pPr>
      <w:r w:rsidRPr="007F77C1">
        <w:rPr>
          <w:rFonts w:ascii="Arial Nova" w:hAnsi="Arial Nova"/>
          <w:b/>
          <w:bCs/>
          <w:color w:val="7F7F7F" w:themeColor="text1" w:themeTint="80"/>
          <w:sz w:val="22"/>
        </w:rPr>
        <w:t>Response:</w:t>
      </w:r>
      <w:r w:rsidRPr="007F77C1">
        <w:rPr>
          <w:rFonts w:ascii="Arial Nova" w:hAnsi="Arial Nova"/>
          <w:color w:val="7F7F7F" w:themeColor="text1" w:themeTint="80"/>
          <w:sz w:val="22"/>
        </w:rPr>
        <w:t xml:space="preserve"> Single select</w:t>
      </w:r>
    </w:p>
    <w:p w14:paraId="126C1E00" w14:textId="374E30E8" w:rsidR="000B1547" w:rsidRPr="000B1547" w:rsidRDefault="47D922EE" w:rsidP="3C3D2F7F">
      <w:pPr>
        <w:rPr>
          <w:rFonts w:ascii="Arial Nova" w:hAnsi="Arial Nova"/>
          <w:i/>
          <w:iCs/>
          <w:color w:val="7F7F7F" w:themeColor="text1" w:themeTint="80"/>
          <w:sz w:val="20"/>
          <w:szCs w:val="20"/>
        </w:rPr>
      </w:pPr>
      <w:r w:rsidRPr="3C3D2F7F">
        <w:rPr>
          <w:rFonts w:ascii="Arial Nova" w:hAnsi="Arial Nova"/>
          <w:i/>
          <w:iCs/>
          <w:color w:val="7F7F7F" w:themeColor="text1" w:themeTint="80"/>
          <w:sz w:val="20"/>
          <w:szCs w:val="20"/>
        </w:rPr>
        <w:t>Your response is optional and will not affect your application's eligibility or funding consideration. Permission to share does not guarantee additional funding or partnership opportunities.</w:t>
      </w:r>
    </w:p>
    <w:p w14:paraId="404BB3F9" w14:textId="77777777" w:rsidR="00D85848" w:rsidRPr="007F2160" w:rsidRDefault="001D6B23">
      <w:pPr>
        <w:pStyle w:val="Heading2"/>
        <w:spacing w:before="180" w:after="80"/>
        <w:rPr>
          <w:rFonts w:ascii="Arial Nova" w:hAnsi="Arial Nova"/>
        </w:rPr>
      </w:pPr>
      <w:r w:rsidRPr="007F2160">
        <w:rPr>
          <w:rFonts w:ascii="Arial Nova" w:eastAsia="Arial" w:hAnsi="Arial Nova"/>
        </w:rPr>
        <w:t>Applicant Certification</w:t>
      </w:r>
      <w:bookmarkEnd w:id="45"/>
    </w:p>
    <w:p w14:paraId="3344398A" w14:textId="67D15EA7" w:rsidR="00D85848" w:rsidRPr="00E11CBE" w:rsidRDefault="001D6B23">
      <w:pPr>
        <w:keepNext/>
        <w:spacing w:before="140" w:after="40"/>
        <w:rPr>
          <w:rFonts w:ascii="Arial Nova" w:hAnsi="Arial Nova"/>
          <w:sz w:val="22"/>
        </w:rPr>
      </w:pPr>
      <w:r w:rsidRPr="00E11CBE">
        <w:rPr>
          <w:rFonts w:ascii="Arial Nova" w:hAnsi="Arial Nova"/>
          <w:b/>
          <w:sz w:val="22"/>
        </w:rPr>
        <w:t>I certify that the information in this application is accurate; the requested funds will be used for the proposed work; and, if funded, the organization will fulfill the participation, learning and reporting expectations described in this RFP</w:t>
      </w:r>
    </w:p>
    <w:p w14:paraId="5B60340E" w14:textId="77777777" w:rsidR="00D85848" w:rsidRPr="00E11CBE" w:rsidRDefault="001D6B23" w:rsidP="00E11CBE">
      <w:pPr>
        <w:spacing w:after="80"/>
        <w:rPr>
          <w:rFonts w:ascii="Arial Nova" w:hAnsi="Arial Nova"/>
          <w:sz w:val="22"/>
        </w:rPr>
      </w:pPr>
      <w:r w:rsidRPr="00E11CBE">
        <w:rPr>
          <w:rFonts w:ascii="Arial Nova" w:hAnsi="Arial Nova"/>
          <w:b/>
          <w:color w:val="606A76"/>
          <w:sz w:val="22"/>
        </w:rPr>
        <w:t xml:space="preserve">Response: </w:t>
      </w:r>
      <w:r w:rsidRPr="00E11CBE">
        <w:rPr>
          <w:rFonts w:ascii="Arial Nova" w:hAnsi="Arial Nova"/>
          <w:i/>
          <w:color w:val="606A76"/>
          <w:sz w:val="22"/>
        </w:rPr>
        <w:t>Required acknowledgment</w:t>
      </w:r>
    </w:p>
    <w:p w14:paraId="14B9DD86" w14:textId="09EF0F00" w:rsidR="00D85848" w:rsidRPr="00E11CBE" w:rsidRDefault="001D6B23">
      <w:pPr>
        <w:keepNext/>
        <w:spacing w:before="140" w:after="40"/>
        <w:rPr>
          <w:rFonts w:ascii="Arial Nova" w:hAnsi="Arial Nova"/>
          <w:sz w:val="22"/>
        </w:rPr>
      </w:pPr>
      <w:r w:rsidRPr="00E11CBE">
        <w:rPr>
          <w:rFonts w:ascii="Arial Nova" w:hAnsi="Arial Nova"/>
          <w:b/>
          <w:sz w:val="22"/>
        </w:rPr>
        <w:t>Authorized representative name, title and date</w:t>
      </w:r>
    </w:p>
    <w:p w14:paraId="39740864" w14:textId="77777777" w:rsidR="00D85848" w:rsidRPr="00E11CBE" w:rsidRDefault="001D6B23" w:rsidP="00E11CBE">
      <w:pPr>
        <w:spacing w:after="80"/>
        <w:rPr>
          <w:rFonts w:ascii="Arial Nova" w:hAnsi="Arial Nova"/>
          <w:sz w:val="22"/>
        </w:rPr>
      </w:pPr>
      <w:r w:rsidRPr="00E11CBE">
        <w:rPr>
          <w:rFonts w:ascii="Arial Nova" w:hAnsi="Arial Nova"/>
          <w:b/>
          <w:color w:val="606A76"/>
          <w:sz w:val="22"/>
        </w:rPr>
        <w:t xml:space="preserve">Response: </w:t>
      </w:r>
      <w:r w:rsidRPr="00E11CBE">
        <w:rPr>
          <w:rFonts w:ascii="Arial Nova" w:hAnsi="Arial Nova"/>
          <w:i/>
          <w:color w:val="606A76"/>
          <w:sz w:val="22"/>
        </w:rPr>
        <w:t>Signature fields</w:t>
      </w:r>
    </w:p>
    <w:p w14:paraId="514A2812" w14:textId="38650ECA" w:rsidR="00D85848" w:rsidRPr="007F2160" w:rsidRDefault="00D85848">
      <w:pPr>
        <w:keepLines/>
        <w:rPr>
          <w:rFonts w:ascii="Arial Nova" w:hAnsi="Arial Nova"/>
        </w:rPr>
      </w:pPr>
    </w:p>
    <w:sectPr w:rsidR="00D85848" w:rsidRPr="007F2160" w:rsidSect="00034616">
      <w:footerReference w:type="default" r:id="rId16"/>
      <w:pgSz w:w="12240" w:h="15840"/>
      <w:pgMar w:top="1037" w:right="1181" w:bottom="936" w:left="1181"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FAA21" w14:textId="77777777" w:rsidR="008F6D4F" w:rsidRDefault="008F6D4F">
      <w:pPr>
        <w:spacing w:after="0" w:line="240" w:lineRule="auto"/>
      </w:pPr>
      <w:r>
        <w:separator/>
      </w:r>
    </w:p>
  </w:endnote>
  <w:endnote w:type="continuationSeparator" w:id="0">
    <w:p w14:paraId="41BBD7F7" w14:textId="77777777" w:rsidR="008F6D4F" w:rsidRDefault="008F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Nova">
    <w:altName w:val="Arial"/>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885D" w14:textId="22414187" w:rsidR="00D85848" w:rsidRDefault="001D6B23">
    <w:pPr>
      <w:pStyle w:val="Footer"/>
      <w:jc w:val="right"/>
    </w:pPr>
    <w:r>
      <w:rPr>
        <w:color w:val="606A76"/>
        <w:sz w:val="17"/>
      </w:rPr>
      <w:t>Emerging Priorities Fund Fall 2026</w:t>
    </w:r>
    <w:r w:rsidR="00BC208E">
      <w:rPr>
        <w:color w:val="606A76"/>
        <w:sz w:val="17"/>
      </w:rPr>
      <w:t xml:space="preserve"> RFP</w:t>
    </w:r>
    <w:r>
      <w:rPr>
        <w:color w:val="606A76"/>
        <w:sz w:val="17"/>
      </w:rPr>
      <w:t xml:space="preserve"> |  </w:t>
    </w:r>
    <w:r>
      <w:rPr>
        <w:color w:val="606A76"/>
        <w:sz w:val="17"/>
      </w:rPr>
      <w:fldChar w:fldCharType="begin"/>
    </w:r>
    <w:r>
      <w:rPr>
        <w:color w:val="606A76"/>
        <w:sz w:val="17"/>
      </w:rPr>
      <w:instrText xml:space="preserve"> PAGE </w:instrText>
    </w:r>
    <w:r>
      <w:rPr>
        <w:color w:val="606A76"/>
        <w:sz w:val="17"/>
      </w:rPr>
      <w:fldChar w:fldCharType="separate"/>
    </w:r>
    <w:r w:rsidR="007F2160">
      <w:rPr>
        <w:noProof/>
        <w:color w:val="606A76"/>
        <w:sz w:val="17"/>
      </w:rPr>
      <w:t>2</w:t>
    </w:r>
    <w:r>
      <w:rPr>
        <w:color w:val="606A76"/>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196BE" w14:textId="77777777" w:rsidR="008F6D4F" w:rsidRDefault="008F6D4F">
      <w:pPr>
        <w:spacing w:after="0" w:line="240" w:lineRule="auto"/>
      </w:pPr>
      <w:r>
        <w:separator/>
      </w:r>
    </w:p>
  </w:footnote>
  <w:footnote w:type="continuationSeparator" w:id="0">
    <w:p w14:paraId="44C608C0" w14:textId="77777777" w:rsidR="008F6D4F" w:rsidRDefault="008F6D4F">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eSHzpsSU" int2:invalidationBookmarkName="" int2:hashCode="s4nYnOhSAw/+QB" int2:id="BC7wdYjA">
      <int2:state int2:value="Rejected" int2:type="gram"/>
    </int2:bookmark>
    <int2:bookmark int2:bookmarkName="_Int_Wi5YPSgV" int2:invalidationBookmarkName="" int2:hashCode="kfHZcDLkKlOh28" int2:id="Ok66Gw8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73C0C2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1C7533"/>
    <w:multiLevelType w:val="hybridMultilevel"/>
    <w:tmpl w:val="DCCC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F562F3"/>
    <w:multiLevelType w:val="hybridMultilevel"/>
    <w:tmpl w:val="86D29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2104C8"/>
    <w:multiLevelType w:val="multilevel"/>
    <w:tmpl w:val="30CED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633752"/>
    <w:multiLevelType w:val="hybridMultilevel"/>
    <w:tmpl w:val="2D661AD6"/>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616302"/>
    <w:multiLevelType w:val="multilevel"/>
    <w:tmpl w:val="16B2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3C7C58"/>
    <w:multiLevelType w:val="hybridMultilevel"/>
    <w:tmpl w:val="9550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BB081D"/>
    <w:multiLevelType w:val="hybridMultilevel"/>
    <w:tmpl w:val="E99A5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164E37"/>
    <w:multiLevelType w:val="hybridMultilevel"/>
    <w:tmpl w:val="B3E4E1EE"/>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F1162C"/>
    <w:multiLevelType w:val="hybridMultilevel"/>
    <w:tmpl w:val="87126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2F030A"/>
    <w:multiLevelType w:val="hybridMultilevel"/>
    <w:tmpl w:val="8D465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E52C88"/>
    <w:multiLevelType w:val="hybridMultilevel"/>
    <w:tmpl w:val="4006AD22"/>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5B3B99"/>
    <w:multiLevelType w:val="hybridMultilevel"/>
    <w:tmpl w:val="7F3485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F063E3"/>
    <w:multiLevelType w:val="hybridMultilevel"/>
    <w:tmpl w:val="ACDE4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20056C"/>
    <w:multiLevelType w:val="hybridMultilevel"/>
    <w:tmpl w:val="5F3019CC"/>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EEB85B"/>
    <w:multiLevelType w:val="hybridMultilevel"/>
    <w:tmpl w:val="FFFFFFFF"/>
    <w:lvl w:ilvl="0" w:tplc="3E2EC5CE">
      <w:start w:val="1"/>
      <w:numFmt w:val="bullet"/>
      <w:lvlText w:val=""/>
      <w:lvlJc w:val="left"/>
      <w:pPr>
        <w:ind w:left="360" w:hanging="360"/>
      </w:pPr>
      <w:rPr>
        <w:rFonts w:ascii="Symbol" w:hAnsi="Symbol" w:hint="default"/>
      </w:rPr>
    </w:lvl>
    <w:lvl w:ilvl="1" w:tplc="EAFC4FC8">
      <w:start w:val="1"/>
      <w:numFmt w:val="bullet"/>
      <w:lvlText w:val="o"/>
      <w:lvlJc w:val="left"/>
      <w:pPr>
        <w:ind w:left="1080" w:hanging="360"/>
      </w:pPr>
      <w:rPr>
        <w:rFonts w:ascii="Courier New" w:hAnsi="Courier New" w:hint="default"/>
      </w:rPr>
    </w:lvl>
    <w:lvl w:ilvl="2" w:tplc="37F4FF82">
      <w:start w:val="1"/>
      <w:numFmt w:val="bullet"/>
      <w:lvlText w:val=""/>
      <w:lvlJc w:val="left"/>
      <w:pPr>
        <w:ind w:left="1800" w:hanging="360"/>
      </w:pPr>
      <w:rPr>
        <w:rFonts w:ascii="Wingdings" w:hAnsi="Wingdings" w:hint="default"/>
      </w:rPr>
    </w:lvl>
    <w:lvl w:ilvl="3" w:tplc="DFB80FB4">
      <w:start w:val="1"/>
      <w:numFmt w:val="bullet"/>
      <w:lvlText w:val=""/>
      <w:lvlJc w:val="left"/>
      <w:pPr>
        <w:ind w:left="2520" w:hanging="360"/>
      </w:pPr>
      <w:rPr>
        <w:rFonts w:ascii="Symbol" w:hAnsi="Symbol" w:hint="default"/>
      </w:rPr>
    </w:lvl>
    <w:lvl w:ilvl="4" w:tplc="AC7E0D24">
      <w:start w:val="1"/>
      <w:numFmt w:val="bullet"/>
      <w:lvlText w:val="o"/>
      <w:lvlJc w:val="left"/>
      <w:pPr>
        <w:ind w:left="3240" w:hanging="360"/>
      </w:pPr>
      <w:rPr>
        <w:rFonts w:ascii="Courier New" w:hAnsi="Courier New" w:hint="default"/>
      </w:rPr>
    </w:lvl>
    <w:lvl w:ilvl="5" w:tplc="96386D0E">
      <w:start w:val="1"/>
      <w:numFmt w:val="bullet"/>
      <w:lvlText w:val=""/>
      <w:lvlJc w:val="left"/>
      <w:pPr>
        <w:ind w:left="3960" w:hanging="360"/>
      </w:pPr>
      <w:rPr>
        <w:rFonts w:ascii="Wingdings" w:hAnsi="Wingdings" w:hint="default"/>
      </w:rPr>
    </w:lvl>
    <w:lvl w:ilvl="6" w:tplc="2B047E4C">
      <w:start w:val="1"/>
      <w:numFmt w:val="bullet"/>
      <w:lvlText w:val=""/>
      <w:lvlJc w:val="left"/>
      <w:pPr>
        <w:ind w:left="4680" w:hanging="360"/>
      </w:pPr>
      <w:rPr>
        <w:rFonts w:ascii="Symbol" w:hAnsi="Symbol" w:hint="default"/>
      </w:rPr>
    </w:lvl>
    <w:lvl w:ilvl="7" w:tplc="A0844FE0">
      <w:start w:val="1"/>
      <w:numFmt w:val="bullet"/>
      <w:lvlText w:val="o"/>
      <w:lvlJc w:val="left"/>
      <w:pPr>
        <w:ind w:left="5400" w:hanging="360"/>
      </w:pPr>
      <w:rPr>
        <w:rFonts w:ascii="Courier New" w:hAnsi="Courier New" w:hint="default"/>
      </w:rPr>
    </w:lvl>
    <w:lvl w:ilvl="8" w:tplc="BC84C344">
      <w:start w:val="1"/>
      <w:numFmt w:val="bullet"/>
      <w:lvlText w:val=""/>
      <w:lvlJc w:val="left"/>
      <w:pPr>
        <w:ind w:left="6120" w:hanging="360"/>
      </w:pPr>
      <w:rPr>
        <w:rFonts w:ascii="Wingdings" w:hAnsi="Wingdings" w:hint="default"/>
      </w:rPr>
    </w:lvl>
  </w:abstractNum>
  <w:abstractNum w:abstractNumId="24" w15:restartNumberingAfterBreak="0">
    <w:nsid w:val="3C1652FB"/>
    <w:multiLevelType w:val="multilevel"/>
    <w:tmpl w:val="67B4E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B113EB"/>
    <w:multiLevelType w:val="hybridMultilevel"/>
    <w:tmpl w:val="C7BAB2AC"/>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2605EF"/>
    <w:multiLevelType w:val="multilevel"/>
    <w:tmpl w:val="27624E16"/>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F10D28"/>
    <w:multiLevelType w:val="hybridMultilevel"/>
    <w:tmpl w:val="B914B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13308C"/>
    <w:multiLevelType w:val="hybridMultilevel"/>
    <w:tmpl w:val="436E4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B532C5"/>
    <w:multiLevelType w:val="hybridMultilevel"/>
    <w:tmpl w:val="776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F315EF"/>
    <w:multiLevelType w:val="hybridMultilevel"/>
    <w:tmpl w:val="32EA8932"/>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9013A7"/>
    <w:multiLevelType w:val="hybridMultilevel"/>
    <w:tmpl w:val="43D47A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B771F4"/>
    <w:multiLevelType w:val="hybridMultilevel"/>
    <w:tmpl w:val="B89847CA"/>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782DAA"/>
    <w:multiLevelType w:val="multilevel"/>
    <w:tmpl w:val="1A2A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264212"/>
    <w:multiLevelType w:val="hybridMultilevel"/>
    <w:tmpl w:val="E6747248"/>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1813E8"/>
    <w:multiLevelType w:val="hybridMultilevel"/>
    <w:tmpl w:val="BF7A2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5C4C67"/>
    <w:multiLevelType w:val="hybridMultilevel"/>
    <w:tmpl w:val="C468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2C4544"/>
    <w:multiLevelType w:val="hybridMultilevel"/>
    <w:tmpl w:val="1C986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3B46DA"/>
    <w:multiLevelType w:val="hybridMultilevel"/>
    <w:tmpl w:val="CF2EB888"/>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493910"/>
    <w:multiLevelType w:val="hybridMultilevel"/>
    <w:tmpl w:val="8F705838"/>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4A3225"/>
    <w:multiLevelType w:val="hybridMultilevel"/>
    <w:tmpl w:val="7C1227A2"/>
    <w:lvl w:ilvl="0" w:tplc="1742A20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2023F7"/>
    <w:multiLevelType w:val="hybridMultilevel"/>
    <w:tmpl w:val="F252F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7C74C0"/>
    <w:multiLevelType w:val="multilevel"/>
    <w:tmpl w:val="5E185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164861"/>
    <w:multiLevelType w:val="hybridMultilevel"/>
    <w:tmpl w:val="D5802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101709">
    <w:abstractNumId w:val="23"/>
  </w:num>
  <w:num w:numId="2" w16cid:durableId="2071616524">
    <w:abstractNumId w:val="8"/>
  </w:num>
  <w:num w:numId="3" w16cid:durableId="1975017291">
    <w:abstractNumId w:val="6"/>
  </w:num>
  <w:num w:numId="4" w16cid:durableId="2036810717">
    <w:abstractNumId w:val="5"/>
  </w:num>
  <w:num w:numId="5" w16cid:durableId="957687971">
    <w:abstractNumId w:val="4"/>
  </w:num>
  <w:num w:numId="6" w16cid:durableId="413018447">
    <w:abstractNumId w:val="7"/>
  </w:num>
  <w:num w:numId="7" w16cid:durableId="2113741076">
    <w:abstractNumId w:val="3"/>
  </w:num>
  <w:num w:numId="8" w16cid:durableId="50083145">
    <w:abstractNumId w:val="2"/>
  </w:num>
  <w:num w:numId="9" w16cid:durableId="1350719426">
    <w:abstractNumId w:val="1"/>
  </w:num>
  <w:num w:numId="10" w16cid:durableId="140585351">
    <w:abstractNumId w:val="0"/>
  </w:num>
  <w:num w:numId="11" w16cid:durableId="911355356">
    <w:abstractNumId w:val="9"/>
  </w:num>
  <w:num w:numId="12" w16cid:durableId="66539908">
    <w:abstractNumId w:val="10"/>
  </w:num>
  <w:num w:numId="13" w16cid:durableId="1263950372">
    <w:abstractNumId w:val="31"/>
  </w:num>
  <w:num w:numId="14" w16cid:durableId="751120348">
    <w:abstractNumId w:val="21"/>
  </w:num>
  <w:num w:numId="15" w16cid:durableId="1421293769">
    <w:abstractNumId w:val="20"/>
  </w:num>
  <w:num w:numId="16" w16cid:durableId="802040803">
    <w:abstractNumId w:val="29"/>
  </w:num>
  <w:num w:numId="17" w16cid:durableId="973294961">
    <w:abstractNumId w:val="14"/>
  </w:num>
  <w:num w:numId="18" w16cid:durableId="1297102516">
    <w:abstractNumId w:val="37"/>
  </w:num>
  <w:num w:numId="19" w16cid:durableId="54819280">
    <w:abstractNumId w:val="41"/>
  </w:num>
  <w:num w:numId="20" w16cid:durableId="1860468312">
    <w:abstractNumId w:val="27"/>
  </w:num>
  <w:num w:numId="21" w16cid:durableId="1955167774">
    <w:abstractNumId w:val="18"/>
  </w:num>
  <w:num w:numId="22" w16cid:durableId="50004284">
    <w:abstractNumId w:val="43"/>
  </w:num>
  <w:num w:numId="23" w16cid:durableId="1268540606">
    <w:abstractNumId w:val="17"/>
  </w:num>
  <w:num w:numId="24" w16cid:durableId="1867327929">
    <w:abstractNumId w:val="34"/>
  </w:num>
  <w:num w:numId="25" w16cid:durableId="73554254">
    <w:abstractNumId w:val="25"/>
  </w:num>
  <w:num w:numId="26" w16cid:durableId="1720128477">
    <w:abstractNumId w:val="19"/>
  </w:num>
  <w:num w:numId="27" w16cid:durableId="2122725680">
    <w:abstractNumId w:val="16"/>
  </w:num>
  <w:num w:numId="28" w16cid:durableId="1841382232">
    <w:abstractNumId w:val="30"/>
  </w:num>
  <w:num w:numId="29" w16cid:durableId="1698311334">
    <w:abstractNumId w:val="12"/>
  </w:num>
  <w:num w:numId="30" w16cid:durableId="1418089662">
    <w:abstractNumId w:val="32"/>
  </w:num>
  <w:num w:numId="31" w16cid:durableId="1756592398">
    <w:abstractNumId w:val="39"/>
  </w:num>
  <w:num w:numId="32" w16cid:durableId="175383289">
    <w:abstractNumId w:val="38"/>
  </w:num>
  <w:num w:numId="33" w16cid:durableId="1552956879">
    <w:abstractNumId w:val="40"/>
  </w:num>
  <w:num w:numId="34" w16cid:durableId="1604264869">
    <w:abstractNumId w:val="42"/>
  </w:num>
  <w:num w:numId="35" w16cid:durableId="558592837">
    <w:abstractNumId w:val="11"/>
  </w:num>
  <w:num w:numId="36" w16cid:durableId="1289699739">
    <w:abstractNumId w:val="24"/>
  </w:num>
  <w:num w:numId="37" w16cid:durableId="1637837883">
    <w:abstractNumId w:val="13"/>
  </w:num>
  <w:num w:numId="38" w16cid:durableId="1086995525">
    <w:abstractNumId w:val="15"/>
  </w:num>
  <w:num w:numId="39" w16cid:durableId="675423286">
    <w:abstractNumId w:val="35"/>
  </w:num>
  <w:num w:numId="40" w16cid:durableId="1319846267">
    <w:abstractNumId w:val="36"/>
  </w:num>
  <w:num w:numId="41" w16cid:durableId="1429426546">
    <w:abstractNumId w:val="28"/>
  </w:num>
  <w:num w:numId="42" w16cid:durableId="648485136">
    <w:abstractNumId w:val="22"/>
  </w:num>
  <w:num w:numId="43" w16cid:durableId="1794519050">
    <w:abstractNumId w:val="33"/>
  </w:num>
  <w:num w:numId="44" w16cid:durableId="135287709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B77"/>
    <w:rsid w:val="00004E59"/>
    <w:rsid w:val="000069A9"/>
    <w:rsid w:val="0001379F"/>
    <w:rsid w:val="000211D6"/>
    <w:rsid w:val="000277FB"/>
    <w:rsid w:val="00034616"/>
    <w:rsid w:val="00057FC2"/>
    <w:rsid w:val="0006063C"/>
    <w:rsid w:val="00074BB0"/>
    <w:rsid w:val="000934CD"/>
    <w:rsid w:val="00094894"/>
    <w:rsid w:val="00096F0A"/>
    <w:rsid w:val="000B144B"/>
    <w:rsid w:val="000B1547"/>
    <w:rsid w:val="000B3AC6"/>
    <w:rsid w:val="000B3B6D"/>
    <w:rsid w:val="000D073F"/>
    <w:rsid w:val="000D07F1"/>
    <w:rsid w:val="000E6709"/>
    <w:rsid w:val="000F0DD9"/>
    <w:rsid w:val="000F3113"/>
    <w:rsid w:val="001009F1"/>
    <w:rsid w:val="00104C3F"/>
    <w:rsid w:val="00107871"/>
    <w:rsid w:val="0012121F"/>
    <w:rsid w:val="001311C3"/>
    <w:rsid w:val="00131220"/>
    <w:rsid w:val="0013647F"/>
    <w:rsid w:val="001475BC"/>
    <w:rsid w:val="0015074B"/>
    <w:rsid w:val="00164978"/>
    <w:rsid w:val="00172EC4"/>
    <w:rsid w:val="001765C8"/>
    <w:rsid w:val="00182576"/>
    <w:rsid w:val="001B2042"/>
    <w:rsid w:val="001B6905"/>
    <w:rsid w:val="001D43E6"/>
    <w:rsid w:val="001D6B23"/>
    <w:rsid w:val="00220DBA"/>
    <w:rsid w:val="00250428"/>
    <w:rsid w:val="0025619B"/>
    <w:rsid w:val="00256F46"/>
    <w:rsid w:val="002768C3"/>
    <w:rsid w:val="0029639D"/>
    <w:rsid w:val="002D5557"/>
    <w:rsid w:val="002F65B7"/>
    <w:rsid w:val="0031122A"/>
    <w:rsid w:val="00315140"/>
    <w:rsid w:val="00326F90"/>
    <w:rsid w:val="00327B05"/>
    <w:rsid w:val="003447D3"/>
    <w:rsid w:val="00352A3D"/>
    <w:rsid w:val="00392729"/>
    <w:rsid w:val="003B44E8"/>
    <w:rsid w:val="004202CE"/>
    <w:rsid w:val="00425B3D"/>
    <w:rsid w:val="004303FA"/>
    <w:rsid w:val="0043641D"/>
    <w:rsid w:val="0046311C"/>
    <w:rsid w:val="00472B26"/>
    <w:rsid w:val="004740F3"/>
    <w:rsid w:val="00480D9A"/>
    <w:rsid w:val="004C6090"/>
    <w:rsid w:val="004D1E11"/>
    <w:rsid w:val="004F726A"/>
    <w:rsid w:val="0055754D"/>
    <w:rsid w:val="00563FEC"/>
    <w:rsid w:val="00570AF0"/>
    <w:rsid w:val="0058051C"/>
    <w:rsid w:val="005A175D"/>
    <w:rsid w:val="005A749C"/>
    <w:rsid w:val="005B3D1A"/>
    <w:rsid w:val="005B6093"/>
    <w:rsid w:val="005B7BA9"/>
    <w:rsid w:val="0060427C"/>
    <w:rsid w:val="00607F89"/>
    <w:rsid w:val="0061089B"/>
    <w:rsid w:val="00625DCB"/>
    <w:rsid w:val="00640E16"/>
    <w:rsid w:val="0064137C"/>
    <w:rsid w:val="0065306F"/>
    <w:rsid w:val="00666037"/>
    <w:rsid w:val="00672FB6"/>
    <w:rsid w:val="006921F9"/>
    <w:rsid w:val="006A1CBE"/>
    <w:rsid w:val="006C12D0"/>
    <w:rsid w:val="006F0DB1"/>
    <w:rsid w:val="006F6958"/>
    <w:rsid w:val="0070318C"/>
    <w:rsid w:val="00737722"/>
    <w:rsid w:val="0074392C"/>
    <w:rsid w:val="00766454"/>
    <w:rsid w:val="00790661"/>
    <w:rsid w:val="007B1B28"/>
    <w:rsid w:val="007B21C8"/>
    <w:rsid w:val="007D0056"/>
    <w:rsid w:val="007F0392"/>
    <w:rsid w:val="007F2160"/>
    <w:rsid w:val="007F77C1"/>
    <w:rsid w:val="00805E3D"/>
    <w:rsid w:val="0081089D"/>
    <w:rsid w:val="00843F51"/>
    <w:rsid w:val="00844435"/>
    <w:rsid w:val="0085551C"/>
    <w:rsid w:val="008702CE"/>
    <w:rsid w:val="00895CE5"/>
    <w:rsid w:val="008A7033"/>
    <w:rsid w:val="008E422B"/>
    <w:rsid w:val="008F6D4F"/>
    <w:rsid w:val="008F7208"/>
    <w:rsid w:val="008F7874"/>
    <w:rsid w:val="00922A0E"/>
    <w:rsid w:val="009233CD"/>
    <w:rsid w:val="00930F16"/>
    <w:rsid w:val="00943C14"/>
    <w:rsid w:val="00963492"/>
    <w:rsid w:val="00992F4A"/>
    <w:rsid w:val="00997AB3"/>
    <w:rsid w:val="009A2CEC"/>
    <w:rsid w:val="009B2DDE"/>
    <w:rsid w:val="009C3F86"/>
    <w:rsid w:val="009F6740"/>
    <w:rsid w:val="00A102D4"/>
    <w:rsid w:val="00A21587"/>
    <w:rsid w:val="00A36266"/>
    <w:rsid w:val="00A80702"/>
    <w:rsid w:val="00AA1D8D"/>
    <w:rsid w:val="00AB07D4"/>
    <w:rsid w:val="00AB7245"/>
    <w:rsid w:val="00AC3DB7"/>
    <w:rsid w:val="00AC4789"/>
    <w:rsid w:val="00AD6419"/>
    <w:rsid w:val="00AE34A5"/>
    <w:rsid w:val="00AE53E9"/>
    <w:rsid w:val="00AF6388"/>
    <w:rsid w:val="00B24981"/>
    <w:rsid w:val="00B47730"/>
    <w:rsid w:val="00B57885"/>
    <w:rsid w:val="00BA4960"/>
    <w:rsid w:val="00BB0B97"/>
    <w:rsid w:val="00BC208E"/>
    <w:rsid w:val="00BC7CB6"/>
    <w:rsid w:val="00BF5ED4"/>
    <w:rsid w:val="00C0525B"/>
    <w:rsid w:val="00C274DC"/>
    <w:rsid w:val="00C52070"/>
    <w:rsid w:val="00C80B96"/>
    <w:rsid w:val="00CA1496"/>
    <w:rsid w:val="00CB0664"/>
    <w:rsid w:val="00CC27E6"/>
    <w:rsid w:val="00CC2805"/>
    <w:rsid w:val="00CC4CAD"/>
    <w:rsid w:val="00CD1A83"/>
    <w:rsid w:val="00D026DE"/>
    <w:rsid w:val="00D155A0"/>
    <w:rsid w:val="00D74FE6"/>
    <w:rsid w:val="00D85848"/>
    <w:rsid w:val="00D9118D"/>
    <w:rsid w:val="00DC05BA"/>
    <w:rsid w:val="00DC3D36"/>
    <w:rsid w:val="00DC4886"/>
    <w:rsid w:val="00DC69FB"/>
    <w:rsid w:val="00DD3848"/>
    <w:rsid w:val="00DD67E1"/>
    <w:rsid w:val="00E024DB"/>
    <w:rsid w:val="00E11CBE"/>
    <w:rsid w:val="00E121DD"/>
    <w:rsid w:val="00E1567F"/>
    <w:rsid w:val="00E35769"/>
    <w:rsid w:val="00E75268"/>
    <w:rsid w:val="00E779CA"/>
    <w:rsid w:val="00E92121"/>
    <w:rsid w:val="00EB0876"/>
    <w:rsid w:val="00EE4D05"/>
    <w:rsid w:val="00EF0EB7"/>
    <w:rsid w:val="00EF3973"/>
    <w:rsid w:val="00EF7AF6"/>
    <w:rsid w:val="00F01FB0"/>
    <w:rsid w:val="00F12344"/>
    <w:rsid w:val="00F14239"/>
    <w:rsid w:val="00F17827"/>
    <w:rsid w:val="00F2186B"/>
    <w:rsid w:val="00F21BE4"/>
    <w:rsid w:val="00F26DA8"/>
    <w:rsid w:val="00F27D9D"/>
    <w:rsid w:val="00F43734"/>
    <w:rsid w:val="00F510FE"/>
    <w:rsid w:val="00F5487B"/>
    <w:rsid w:val="00F565BB"/>
    <w:rsid w:val="00F57FBB"/>
    <w:rsid w:val="00F646BC"/>
    <w:rsid w:val="00F854AE"/>
    <w:rsid w:val="00FA3BEE"/>
    <w:rsid w:val="00FA4428"/>
    <w:rsid w:val="00FB3BF0"/>
    <w:rsid w:val="00FC52F7"/>
    <w:rsid w:val="00FC693F"/>
    <w:rsid w:val="00FD73D0"/>
    <w:rsid w:val="00FE1584"/>
    <w:rsid w:val="00FF5B1D"/>
    <w:rsid w:val="018ED831"/>
    <w:rsid w:val="04E41728"/>
    <w:rsid w:val="05386032"/>
    <w:rsid w:val="058940DE"/>
    <w:rsid w:val="06366A51"/>
    <w:rsid w:val="06A4B22F"/>
    <w:rsid w:val="09774D47"/>
    <w:rsid w:val="0EA20609"/>
    <w:rsid w:val="1006B191"/>
    <w:rsid w:val="10B6249A"/>
    <w:rsid w:val="10C76B0E"/>
    <w:rsid w:val="10E06CFA"/>
    <w:rsid w:val="1459998D"/>
    <w:rsid w:val="151392D2"/>
    <w:rsid w:val="18C961E6"/>
    <w:rsid w:val="18FD3E48"/>
    <w:rsid w:val="1A97B93F"/>
    <w:rsid w:val="1CC1DF21"/>
    <w:rsid w:val="1CE09F8B"/>
    <w:rsid w:val="1D73595F"/>
    <w:rsid w:val="23105C5F"/>
    <w:rsid w:val="2438B8A5"/>
    <w:rsid w:val="27E61B4A"/>
    <w:rsid w:val="2B0F9C92"/>
    <w:rsid w:val="2B23ED0B"/>
    <w:rsid w:val="2C4AE326"/>
    <w:rsid w:val="2D2FC1C2"/>
    <w:rsid w:val="2FAE9F3B"/>
    <w:rsid w:val="31009DA0"/>
    <w:rsid w:val="329EE549"/>
    <w:rsid w:val="34F04D71"/>
    <w:rsid w:val="3677F235"/>
    <w:rsid w:val="3895C1A8"/>
    <w:rsid w:val="38F28858"/>
    <w:rsid w:val="394E42D0"/>
    <w:rsid w:val="3B5C9575"/>
    <w:rsid w:val="3BC19B93"/>
    <w:rsid w:val="3C3D2F7F"/>
    <w:rsid w:val="3CC3DE6F"/>
    <w:rsid w:val="3DB62AF5"/>
    <w:rsid w:val="4696FD0C"/>
    <w:rsid w:val="47D922EE"/>
    <w:rsid w:val="4A8B3507"/>
    <w:rsid w:val="4C428BBE"/>
    <w:rsid w:val="4CD72FC5"/>
    <w:rsid w:val="542D5368"/>
    <w:rsid w:val="55614539"/>
    <w:rsid w:val="5658C232"/>
    <w:rsid w:val="6361280F"/>
    <w:rsid w:val="66825CE1"/>
    <w:rsid w:val="6694C54E"/>
    <w:rsid w:val="672F5DD4"/>
    <w:rsid w:val="685B893D"/>
    <w:rsid w:val="695F1375"/>
    <w:rsid w:val="69AF55D4"/>
    <w:rsid w:val="6ABF285E"/>
    <w:rsid w:val="6CF128AF"/>
    <w:rsid w:val="6DE1EB2D"/>
    <w:rsid w:val="6F048738"/>
    <w:rsid w:val="6F74C6EB"/>
    <w:rsid w:val="75316A37"/>
    <w:rsid w:val="7B37FD53"/>
    <w:rsid w:val="7D76E0A2"/>
    <w:rsid w:val="7D77EA6D"/>
    <w:rsid w:val="7F9946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E3B674"/>
  <w14:defaultImageDpi w14:val="300"/>
  <w15:docId w15:val="{FD781B93-868E-4F2B-A6C7-E63A5B11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1D43E6"/>
    <w:pPr>
      <w:spacing w:after="100"/>
    </w:pPr>
  </w:style>
  <w:style w:type="paragraph" w:styleId="TOC2">
    <w:name w:val="toc 2"/>
    <w:basedOn w:val="Normal"/>
    <w:next w:val="Normal"/>
    <w:autoRedefine/>
    <w:uiPriority w:val="39"/>
    <w:unhideWhenUsed/>
    <w:rsid w:val="001D43E6"/>
    <w:pPr>
      <w:spacing w:after="100"/>
      <w:ind w:left="210"/>
    </w:pPr>
  </w:style>
  <w:style w:type="character" w:styleId="Hyperlink">
    <w:name w:val="Hyperlink"/>
    <w:basedOn w:val="DefaultParagraphFont"/>
    <w:uiPriority w:val="99"/>
    <w:unhideWhenUsed/>
    <w:rsid w:val="001D43E6"/>
    <w:rPr>
      <w:color w:val="0000FF" w:themeColor="hyperlink"/>
      <w:u w:val="single"/>
    </w:rPr>
  </w:style>
  <w:style w:type="character" w:styleId="CommentReference">
    <w:name w:val="annotation reference"/>
    <w:basedOn w:val="DefaultParagraphFont"/>
    <w:uiPriority w:val="99"/>
    <w:semiHidden/>
    <w:unhideWhenUsed/>
    <w:rsid w:val="00BC208E"/>
    <w:rPr>
      <w:sz w:val="16"/>
      <w:szCs w:val="16"/>
    </w:rPr>
  </w:style>
  <w:style w:type="paragraph" w:styleId="CommentText">
    <w:name w:val="annotation text"/>
    <w:basedOn w:val="Normal"/>
    <w:link w:val="CommentTextChar"/>
    <w:uiPriority w:val="99"/>
    <w:unhideWhenUsed/>
    <w:rsid w:val="00BC208E"/>
    <w:pPr>
      <w:spacing w:line="240" w:lineRule="auto"/>
    </w:pPr>
    <w:rPr>
      <w:sz w:val="20"/>
      <w:szCs w:val="20"/>
    </w:rPr>
  </w:style>
  <w:style w:type="character" w:customStyle="1" w:styleId="CommentTextChar">
    <w:name w:val="Comment Text Char"/>
    <w:basedOn w:val="DefaultParagraphFont"/>
    <w:link w:val="CommentText"/>
    <w:uiPriority w:val="99"/>
    <w:rsid w:val="00BC208E"/>
    <w:rPr>
      <w:rFonts w:ascii="Arial" w:eastAsia="Arial" w:hAnsi="Arial"/>
      <w:color w:val="000000"/>
      <w:sz w:val="20"/>
      <w:szCs w:val="20"/>
    </w:rPr>
  </w:style>
  <w:style w:type="paragraph" w:styleId="CommentSubject">
    <w:name w:val="annotation subject"/>
    <w:basedOn w:val="CommentText"/>
    <w:next w:val="CommentText"/>
    <w:link w:val="CommentSubjectChar"/>
    <w:uiPriority w:val="99"/>
    <w:semiHidden/>
    <w:unhideWhenUsed/>
    <w:rsid w:val="00BC208E"/>
    <w:rPr>
      <w:b/>
      <w:bCs/>
    </w:rPr>
  </w:style>
  <w:style w:type="character" w:customStyle="1" w:styleId="CommentSubjectChar">
    <w:name w:val="Comment Subject Char"/>
    <w:basedOn w:val="CommentTextChar"/>
    <w:link w:val="CommentSubject"/>
    <w:uiPriority w:val="99"/>
    <w:semiHidden/>
    <w:rsid w:val="00BC208E"/>
    <w:rPr>
      <w:rFonts w:ascii="Arial" w:eastAsia="Arial" w:hAnsi="Arial"/>
      <w:b/>
      <w:bCs/>
      <w:color w:val="000000"/>
      <w:sz w:val="20"/>
      <w:szCs w:val="20"/>
    </w:rPr>
  </w:style>
  <w:style w:type="character" w:customStyle="1" w:styleId="apple-converted-space">
    <w:name w:val="apple-converted-space"/>
    <w:basedOn w:val="DefaultParagraphFont"/>
    <w:rsid w:val="00805E3D"/>
  </w:style>
  <w:style w:type="paragraph" w:styleId="NormalWeb">
    <w:name w:val="Normal (Web)"/>
    <w:basedOn w:val="Normal"/>
    <w:uiPriority w:val="99"/>
    <w:semiHidden/>
    <w:unhideWhenUsed/>
    <w:rsid w:val="00172EC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interface.com/Home/Logon?urlkey=uwgc"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antinterface.com/Home/Logon?urlkey=uwg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rantinterface.com/Home/Logon?urlkey=uwgc"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ms.microsoft.com/meet/265374860399?p=qvigbKO87MqvefWfJ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E79FC15A554A9EA808FCDFA7C32769"/>
        <w:category>
          <w:name w:val="General"/>
          <w:gallery w:val="placeholder"/>
        </w:category>
        <w:types>
          <w:type w:val="bbPlcHdr"/>
        </w:types>
        <w:behaviors>
          <w:behavior w:val="content"/>
        </w:behaviors>
        <w:guid w:val="{BAFD375E-7F15-4EAE-A43A-34FB984E76E1}"/>
      </w:docPartPr>
      <w:docPartBody>
        <w:p w:rsidR="0066731D" w:rsidRDefault="0031122A" w:rsidP="0031122A">
          <w:pPr>
            <w:pStyle w:val="1EE79FC15A554A9EA808FCDFA7C32769"/>
          </w:pPr>
          <w:r>
            <w:rPr>
              <w:color w:val="2F5496" w:themeColor="accent1" w:themeShade="BF"/>
            </w:rPr>
            <w:t>[Company name]</w:t>
          </w:r>
        </w:p>
      </w:docPartBody>
    </w:docPart>
    <w:docPart>
      <w:docPartPr>
        <w:name w:val="E71C1EBB63D74289A19D886053941AB3"/>
        <w:category>
          <w:name w:val="General"/>
          <w:gallery w:val="placeholder"/>
        </w:category>
        <w:types>
          <w:type w:val="bbPlcHdr"/>
        </w:types>
        <w:behaviors>
          <w:behavior w:val="content"/>
        </w:behaviors>
        <w:guid w:val="{7331366E-C2B4-4E49-A4E7-E37A64E7A530}"/>
      </w:docPartPr>
      <w:docPartBody>
        <w:p w:rsidR="0066731D" w:rsidRDefault="0031122A" w:rsidP="0031122A">
          <w:pPr>
            <w:pStyle w:val="E71C1EBB63D74289A19D886053941AB3"/>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Nova">
    <w:altName w:val="Arial"/>
    <w:charset w:val="00"/>
    <w:family w:val="swiss"/>
    <w:pitch w:val="variable"/>
    <w:sig w:usb0="2000028F" w:usb1="00000002" w:usb2="00000000" w:usb3="00000000" w:csb0="000001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22A"/>
    <w:rsid w:val="00096F0A"/>
    <w:rsid w:val="0012121F"/>
    <w:rsid w:val="00133798"/>
    <w:rsid w:val="00204E5D"/>
    <w:rsid w:val="0031122A"/>
    <w:rsid w:val="00343974"/>
    <w:rsid w:val="00364894"/>
    <w:rsid w:val="004C6090"/>
    <w:rsid w:val="0064137C"/>
    <w:rsid w:val="0066731D"/>
    <w:rsid w:val="0070318C"/>
    <w:rsid w:val="007B1B28"/>
    <w:rsid w:val="00911565"/>
    <w:rsid w:val="0093287B"/>
    <w:rsid w:val="00967390"/>
    <w:rsid w:val="00AD6419"/>
    <w:rsid w:val="00AE34A5"/>
    <w:rsid w:val="00CD129D"/>
    <w:rsid w:val="00D90AD4"/>
    <w:rsid w:val="00EF0E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E79FC15A554A9EA808FCDFA7C32769">
    <w:name w:val="1EE79FC15A554A9EA808FCDFA7C32769"/>
    <w:rsid w:val="0031122A"/>
  </w:style>
  <w:style w:type="paragraph" w:customStyle="1" w:styleId="E71C1EBB63D74289A19D886053941AB3">
    <w:name w:val="E71C1EBB63D74289A19D886053941AB3"/>
    <w:rsid w:val="003112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114b3ad-afd5-41e8-97bd-d7f114032e06"/>
    <Notes xmlns="cccee653-f1a8-40d0-9ae5-57c6d04c1025" xsi:nil="true"/>
    <lcf76f155ced4ddcb4097134ff3c332f xmlns="cccee653-f1a8-40d0-9ae5-57c6d04c102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43B5FFBFD7814A95B3D0D3A067141D" ma:contentTypeVersion="14" ma:contentTypeDescription="Create a new document." ma:contentTypeScope="" ma:versionID="8dd30c8b6ac3a6e5f11523136068bc99">
  <xsd:schema xmlns:xsd="http://www.w3.org/2001/XMLSchema" xmlns:xs="http://www.w3.org/2001/XMLSchema" xmlns:p="http://schemas.microsoft.com/office/2006/metadata/properties" xmlns:ns2="cccee653-f1a8-40d0-9ae5-57c6d04c1025" xmlns:ns3="7114b3ad-afd5-41e8-97bd-d7f114032e06" targetNamespace="http://schemas.microsoft.com/office/2006/metadata/properties" ma:root="true" ma:fieldsID="9bc247d62089b299fd37ff7ca567993a" ns2:_="" ns3:_="">
    <xsd:import namespace="cccee653-f1a8-40d0-9ae5-57c6d04c1025"/>
    <xsd:import namespace="7114b3ad-afd5-41e8-97bd-d7f114032e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ee653-f1a8-40d0-9ae5-57c6d04c10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1c7b867-6169-4fa4-aadf-c6718ac2e9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 ma:description="Add in notes describing document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14b3ad-afd5-41e8-97bd-d7f114032e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3a01b62-4e27-497f-863e-287bd627220a}" ma:internalName="TaxCatchAll" ma:showField="CatchAllData" ma:web="7114b3ad-afd5-41e8-97bd-d7f114032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E0A2B2A-13FB-44C1-97E6-08913EFFD5A5}">
  <ds:schemaRefs>
    <ds:schemaRef ds:uri="http://schemas.microsoft.com/office/2006/metadata/properties"/>
    <ds:schemaRef ds:uri="http://schemas.microsoft.com/office/infopath/2007/PartnerControls"/>
    <ds:schemaRef ds:uri="7114b3ad-afd5-41e8-97bd-d7f114032e06"/>
    <ds:schemaRef ds:uri="cccee653-f1a8-40d0-9ae5-57c6d04c1025"/>
  </ds:schemaRefs>
</ds:datastoreItem>
</file>

<file path=customXml/itemProps3.xml><?xml version="1.0" encoding="utf-8"?>
<ds:datastoreItem xmlns:ds="http://schemas.openxmlformats.org/officeDocument/2006/customXml" ds:itemID="{E8815239-B835-4AFA-824A-6E2AED4A6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ee653-f1a8-40d0-9ae5-57c6d04c1025"/>
    <ds:schemaRef ds:uri="7114b3ad-afd5-41e8-97bd-d7f114032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67505E-27E2-4C1E-8DFF-BB56052F2E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4900</Words>
  <Characters>27932</Characters>
  <Application>Microsoft Office Word</Application>
  <DocSecurity>4</DocSecurity>
  <Lines>232</Lines>
  <Paragraphs>65</Paragraphs>
  <ScaleCrop>false</ScaleCrop>
  <Manager/>
  <Company>United Way of Greater Cincinnati</Company>
  <LinksUpToDate>false</LinksUpToDate>
  <CharactersWithSpaces>32767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Emerging Priorities Fund Fall 2026</dc:title>
  <dc:subject/>
  <dc:creator>python-docx</dc:creator>
  <cp:keywords/>
  <dc:description>generated by python-docx</dc:description>
  <cp:lastModifiedBy>Azriel Erckenbrack</cp:lastModifiedBy>
  <cp:revision>114</cp:revision>
  <dcterms:created xsi:type="dcterms:W3CDTF">2026-10-09T22:52:00Z</dcterms:created>
  <dcterms:modified xsi:type="dcterms:W3CDTF">2026-10-23T14:30:00Z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0x0101007B43B5FFBFD7814A95B3D0D3A067141D</vt:lpwstr>
  </property>
  <property fmtid="{D5CDD505-2E9C-101B-9397-08002B2CF9AE}" pid="3" name="MediaServiceImageTags">
    <vt:lpwstr/>
  </property>
</Properties>
</file>